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328"/>
        <w:gridCol w:w="5328"/>
      </w:tblGrid>
      <w:tr w:rsidR="00040E41" w14:paraId="7940017C" w14:textId="77777777">
        <w:trPr>
          <w:jc w:val="center"/>
        </w:trPr>
        <w:tc>
          <w:tcPr>
            <w:tcW w:w="5328" w:type="dxa"/>
            <w:tcBorders>
              <w:top w:val="nil"/>
              <w:left w:val="nil"/>
              <w:bottom w:val="nil"/>
              <w:right w:val="nil"/>
            </w:tcBorders>
            <w:tcMar>
              <w:top w:w="40" w:type="dxa"/>
              <w:left w:w="80" w:type="dxa"/>
              <w:bottom w:w="40" w:type="dxa"/>
              <w:right w:w="80" w:type="dxa"/>
            </w:tcMar>
            <w:vAlign w:val="center"/>
          </w:tcPr>
          <w:p w14:paraId="3874F1FC" w14:textId="77777777" w:rsidR="00040E41" w:rsidRDefault="00000000">
            <w:r>
              <w:rPr>
                <w:noProof/>
              </w:rPr>
              <w:drawing>
                <wp:inline distT="0" distB="0" distL="0" distR="0" wp14:anchorId="51474B23" wp14:editId="371A511C">
                  <wp:extent cx="868680" cy="8686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PGNWlogo.png"/>
                          <pic:cNvPicPr/>
                        </pic:nvPicPr>
                        <pic:blipFill>
                          <a:blip r:embed="rId8"/>
                          <a:stretch>
                            <a:fillRect/>
                          </a:stretch>
                        </pic:blipFill>
                        <pic:spPr>
                          <a:xfrm>
                            <a:off x="0" y="0"/>
                            <a:ext cx="868680" cy="868680"/>
                          </a:xfrm>
                          <a:prstGeom prst="rect">
                            <a:avLst/>
                          </a:prstGeom>
                        </pic:spPr>
                      </pic:pic>
                    </a:graphicData>
                  </a:graphic>
                </wp:inline>
              </w:drawing>
            </w:r>
          </w:p>
        </w:tc>
        <w:tc>
          <w:tcPr>
            <w:tcW w:w="5328" w:type="dxa"/>
            <w:tcBorders>
              <w:top w:val="nil"/>
              <w:left w:val="nil"/>
              <w:bottom w:val="nil"/>
              <w:right w:val="nil"/>
            </w:tcBorders>
            <w:tcMar>
              <w:top w:w="40" w:type="dxa"/>
              <w:left w:w="80" w:type="dxa"/>
              <w:bottom w:w="40" w:type="dxa"/>
              <w:right w:w="80" w:type="dxa"/>
            </w:tcMar>
            <w:vAlign w:val="center"/>
          </w:tcPr>
          <w:p w14:paraId="79742F1A" w14:textId="38D016AE" w:rsidR="00040E41" w:rsidRDefault="00000000">
            <w:pPr>
              <w:spacing w:after="0"/>
              <w:jc w:val="center"/>
            </w:pPr>
            <w:r>
              <w:rPr>
                <w:rFonts w:ascii="Aptos Display" w:hAnsi="Aptos Display"/>
                <w:b/>
                <w:color w:val="17365D"/>
                <w:sz w:val="32"/>
              </w:rPr>
              <w:t>Perfect Game Northwest</w:t>
            </w:r>
            <w:r>
              <w:rPr>
                <w:rFonts w:ascii="Aptos Display" w:hAnsi="Aptos Display"/>
                <w:b/>
                <w:color w:val="17365D"/>
                <w:sz w:val="32"/>
              </w:rPr>
              <w:br/>
              <w:t>202</w:t>
            </w:r>
            <w:r w:rsidR="00AC592B">
              <w:rPr>
                <w:rFonts w:ascii="Aptos Display" w:hAnsi="Aptos Display"/>
                <w:b/>
                <w:color w:val="17365D"/>
                <w:sz w:val="32"/>
              </w:rPr>
              <w:t>7</w:t>
            </w:r>
            <w:r>
              <w:rPr>
                <w:rFonts w:ascii="Aptos Display" w:hAnsi="Aptos Display"/>
                <w:b/>
                <w:color w:val="17365D"/>
                <w:sz w:val="32"/>
              </w:rPr>
              <w:t xml:space="preserve"> League Handbook</w:t>
            </w:r>
          </w:p>
        </w:tc>
      </w:tr>
    </w:tbl>
    <w:p w14:paraId="2785FACB" w14:textId="77777777" w:rsidR="00040E41" w:rsidRDefault="00040E41">
      <w:pPr>
        <w:spacing w:after="0"/>
      </w:pPr>
    </w:p>
    <w:p w14:paraId="59F30441" w14:textId="19E8CE0D" w:rsidR="00040E41" w:rsidRDefault="00000000">
      <w:pPr>
        <w:keepNext/>
        <w:shd w:val="clear" w:color="auto" w:fill="17365D"/>
        <w:spacing w:before="200"/>
        <w:ind w:left="72" w:right="72"/>
      </w:pPr>
      <w:r>
        <w:rPr>
          <w:b/>
          <w:color w:val="FFFFFF"/>
          <w:sz w:val="23"/>
          <w:u w:val="single"/>
        </w:rPr>
        <w:t>League Mission</w:t>
      </w:r>
      <w:r w:rsidR="00AC592B">
        <w:rPr>
          <w:b/>
          <w:color w:val="FFFFFF"/>
          <w:sz w:val="23"/>
          <w:u w:val="single"/>
        </w:rPr>
        <w:t xml:space="preserve"> Statement</w:t>
      </w:r>
    </w:p>
    <w:p w14:paraId="5AF70887" w14:textId="4E426FCC" w:rsidR="00040E41" w:rsidRDefault="00000000">
      <w:r>
        <w:t xml:space="preserve">The mission of the PG Northwest League is to </w:t>
      </w:r>
      <w:r w:rsidR="00AC592B">
        <w:t xml:space="preserve">allow teams autonomy in their ability to play their league games around the constraints of their </w:t>
      </w:r>
      <w:proofErr w:type="gramStart"/>
      <w:r w:rsidR="00AC592B">
        <w:t>families</w:t>
      </w:r>
      <w:proofErr w:type="gramEnd"/>
      <w:r w:rsidR="00AC592B">
        <w:t xml:space="preserve"> schedules while delivering the infrastructure and tools that playing Perfect Game provides.</w:t>
      </w:r>
    </w:p>
    <w:p w14:paraId="520F17DB" w14:textId="77777777" w:rsidR="00040E41" w:rsidRDefault="00000000">
      <w:pPr>
        <w:keepNext/>
        <w:shd w:val="clear" w:color="auto" w:fill="17365D"/>
        <w:spacing w:before="200"/>
        <w:ind w:left="72" w:right="72"/>
      </w:pPr>
      <w:r>
        <w:rPr>
          <w:b/>
          <w:color w:val="FFFFFF"/>
          <w:sz w:val="23"/>
          <w:u w:val="single"/>
        </w:rPr>
        <w:t>Important Information</w:t>
      </w:r>
    </w:p>
    <w:p w14:paraId="28130D38" w14:textId="5029F296" w:rsidR="00040E41" w:rsidRDefault="00000000">
      <w:pPr>
        <w:keepNext/>
        <w:spacing w:before="140" w:after="60"/>
      </w:pPr>
      <w:r>
        <w:rPr>
          <w:b/>
          <w:color w:val="17365D"/>
          <w:sz w:val="21"/>
        </w:rPr>
        <w:t>League Director</w:t>
      </w:r>
      <w:r w:rsidR="00AC592B">
        <w:rPr>
          <w:b/>
          <w:color w:val="17365D"/>
          <w:sz w:val="21"/>
        </w:rPr>
        <w:t>s</w:t>
      </w:r>
    </w:p>
    <w:p w14:paraId="7DEEDCF4" w14:textId="3106C912" w:rsidR="00040E41" w:rsidRDefault="00AC592B">
      <w:pPr>
        <w:pStyle w:val="ListBullet"/>
        <w:spacing w:after="0"/>
        <w:ind w:hanging="216"/>
      </w:pPr>
      <w:r>
        <w:t xml:space="preserve">Lee Larson            </w:t>
      </w:r>
      <w:proofErr w:type="gramStart"/>
      <w:r>
        <w:t xml:space="preserve">   (</w:t>
      </w:r>
      <w:proofErr w:type="gramEnd"/>
      <w:r>
        <w:t>979) 665-2989    llarson@perfectgame.org</w:t>
      </w:r>
    </w:p>
    <w:p w14:paraId="428C7CA1" w14:textId="52FAB546" w:rsidR="00AC592B" w:rsidRDefault="00AC592B">
      <w:pPr>
        <w:pStyle w:val="ListBullet"/>
        <w:spacing w:after="0"/>
        <w:ind w:hanging="216"/>
      </w:pPr>
      <w:r>
        <w:t xml:space="preserve">Austin Crawford    </w:t>
      </w:r>
      <w:proofErr w:type="gramStart"/>
      <w:r>
        <w:t xml:space="preserve">   (</w:t>
      </w:r>
      <w:proofErr w:type="gramEnd"/>
      <w:r>
        <w:t>253) 886-6305    Austin</w:t>
      </w:r>
      <w:r w:rsidR="00E87668">
        <w:t>craw</w:t>
      </w:r>
      <w:r>
        <w:t>.PG@gmail.com</w:t>
      </w:r>
    </w:p>
    <w:p w14:paraId="4F9F8502" w14:textId="77777777" w:rsidR="00040E41" w:rsidRDefault="00000000">
      <w:pPr>
        <w:keepNext/>
        <w:spacing w:before="140" w:after="60"/>
      </w:pPr>
      <w:r>
        <w:rPr>
          <w:b/>
          <w:color w:val="17365D"/>
          <w:sz w:val="21"/>
        </w:rPr>
        <w:t>Website / Social Media</w:t>
      </w:r>
    </w:p>
    <w:p w14:paraId="35BE8E0C" w14:textId="477E1870" w:rsidR="00040E41" w:rsidRDefault="00000000">
      <w:pPr>
        <w:pStyle w:val="ListBullet"/>
        <w:spacing w:after="0"/>
        <w:ind w:hanging="216"/>
      </w:pPr>
      <w:r>
        <w:t xml:space="preserve">Website: </w:t>
      </w:r>
      <w:r w:rsidR="00AC592B">
        <w:t>washingtonbaseballtournaments.com</w:t>
      </w:r>
    </w:p>
    <w:p w14:paraId="6A5C208C" w14:textId="30D7A153" w:rsidR="00040E41" w:rsidRDefault="00000000">
      <w:pPr>
        <w:pStyle w:val="ListBullet"/>
        <w:spacing w:after="0"/>
        <w:ind w:hanging="216"/>
      </w:pPr>
      <w:r>
        <w:t>Instagram: @Perfect</w:t>
      </w:r>
      <w:r w:rsidR="00AC592B">
        <w:t>game_NW</w:t>
      </w:r>
    </w:p>
    <w:p w14:paraId="5E79CEE9" w14:textId="77777777" w:rsidR="00AC592B" w:rsidRDefault="00AC592B" w:rsidP="00AC592B">
      <w:pPr>
        <w:pStyle w:val="ListBullet"/>
        <w:numPr>
          <w:ilvl w:val="0"/>
          <w:numId w:val="0"/>
        </w:numPr>
        <w:spacing w:after="0" w:line="168" w:lineRule="auto"/>
        <w:ind w:left="360"/>
      </w:pPr>
    </w:p>
    <w:p w14:paraId="663FD643" w14:textId="0E7705C6" w:rsidR="00040E41" w:rsidRDefault="00000000">
      <w:pPr>
        <w:keepNext/>
        <w:shd w:val="clear" w:color="auto" w:fill="17365D"/>
        <w:spacing w:before="200"/>
        <w:ind w:left="72" w:right="72"/>
      </w:pPr>
      <w:r>
        <w:rPr>
          <w:b/>
          <w:color w:val="FFFFFF"/>
          <w:sz w:val="23"/>
          <w:u w:val="single"/>
        </w:rPr>
        <w:t>League Fees - 202</w:t>
      </w:r>
      <w:r w:rsidR="00AC592B">
        <w:rPr>
          <w:b/>
          <w:color w:val="FFFFFF"/>
          <w:sz w:val="23"/>
          <w:u w:val="single"/>
        </w:rPr>
        <w:t>7</w:t>
      </w:r>
      <w:r>
        <w:rPr>
          <w:b/>
          <w:color w:val="FFFFFF"/>
          <w:sz w:val="23"/>
          <w:u w:val="single"/>
        </w:rPr>
        <w:t xml:space="preserve"> Season</w:t>
      </w:r>
    </w:p>
    <w:p w14:paraId="3A0BA5C7" w14:textId="2D1C3799" w:rsidR="00040E41" w:rsidRDefault="00000000">
      <w:r>
        <w:t>League fees for the 202</w:t>
      </w:r>
      <w:r w:rsidR="00AC592B">
        <w:t>7</w:t>
      </w:r>
      <w:r>
        <w:t xml:space="preserve"> season cover the following:</w:t>
      </w:r>
    </w:p>
    <w:p w14:paraId="6BE38A2C" w14:textId="77777777" w:rsidR="00040E41" w:rsidRDefault="00000000">
      <w:pPr>
        <w:pStyle w:val="ListBullet"/>
        <w:spacing w:after="0"/>
        <w:ind w:hanging="216"/>
      </w:pPr>
      <w:r>
        <w:t>League administrative costs</w:t>
      </w:r>
    </w:p>
    <w:p w14:paraId="1338B3BF" w14:textId="77777777" w:rsidR="00040E41" w:rsidRDefault="00000000">
      <w:pPr>
        <w:pStyle w:val="ListBullet"/>
        <w:spacing w:after="0"/>
        <w:ind w:hanging="216"/>
      </w:pPr>
      <w:r>
        <w:t>Umpire costs for regular season &amp; postseason games</w:t>
      </w:r>
    </w:p>
    <w:p w14:paraId="0154604F" w14:textId="77777777" w:rsidR="00040E41" w:rsidRDefault="00000000">
      <w:pPr>
        <w:pStyle w:val="ListBullet"/>
        <w:spacing w:after="0"/>
        <w:ind w:hanging="216"/>
      </w:pPr>
      <w:r>
        <w:t>Field costs for all postseason games</w:t>
      </w:r>
    </w:p>
    <w:p w14:paraId="1CFF79D6" w14:textId="77777777" w:rsidR="00040E41" w:rsidRDefault="00000000">
      <w:pPr>
        <w:pStyle w:val="ListBullet"/>
        <w:spacing w:after="0"/>
        <w:ind w:hanging="216"/>
      </w:pPr>
      <w:r>
        <w:t>Game balls for each team</w:t>
      </w:r>
    </w:p>
    <w:p w14:paraId="613A4ED9" w14:textId="5C98661C" w:rsidR="00AC592B" w:rsidRDefault="00AC592B" w:rsidP="00AC592B">
      <w:pPr>
        <w:pStyle w:val="ListBullet"/>
        <w:tabs>
          <w:tab w:val="clear" w:pos="360"/>
          <w:tab w:val="num" w:pos="576"/>
        </w:tabs>
        <w:spacing w:after="0"/>
        <w:ind w:left="576" w:hanging="216"/>
      </w:pPr>
      <w:r>
        <w:t>6 dozen balls for 12u-14u</w:t>
      </w:r>
    </w:p>
    <w:p w14:paraId="4B301D6A" w14:textId="14C6A280" w:rsidR="00AC592B" w:rsidRDefault="00AC592B" w:rsidP="00AC592B">
      <w:pPr>
        <w:pStyle w:val="ListBullet"/>
        <w:tabs>
          <w:tab w:val="clear" w:pos="360"/>
          <w:tab w:val="num" w:pos="576"/>
        </w:tabs>
        <w:spacing w:after="0"/>
        <w:ind w:left="576" w:hanging="216"/>
      </w:pPr>
      <w:r>
        <w:t>4 dozen ball for HS</w:t>
      </w:r>
    </w:p>
    <w:p w14:paraId="0FF1D6FF" w14:textId="77777777" w:rsidR="00040E41" w:rsidRDefault="00000000">
      <w:pPr>
        <w:pStyle w:val="ListBullet"/>
        <w:spacing w:after="0"/>
        <w:ind w:hanging="216"/>
      </w:pPr>
      <w:r>
        <w:t>Any other miscellaneous expenses</w:t>
      </w:r>
    </w:p>
    <w:p w14:paraId="07BBB4F7" w14:textId="77777777" w:rsidR="00AC592B" w:rsidRDefault="00AC592B" w:rsidP="00AC592B">
      <w:pPr>
        <w:pStyle w:val="ListBullet"/>
        <w:numPr>
          <w:ilvl w:val="0"/>
          <w:numId w:val="0"/>
        </w:numPr>
        <w:spacing w:after="0" w:line="168" w:lineRule="auto"/>
        <w:ind w:left="360"/>
      </w:pPr>
    </w:p>
    <w:p w14:paraId="4BD1A1DB" w14:textId="5988E47D" w:rsidR="00040E41" w:rsidRDefault="00000000">
      <w:pPr>
        <w:shd w:val="clear" w:color="auto" w:fill="EAF0F7"/>
        <w:spacing w:before="100" w:after="140"/>
        <w:ind w:left="115" w:right="115"/>
        <w:rPr>
          <w:i/>
        </w:rPr>
      </w:pPr>
      <w:r>
        <w:rPr>
          <w:b/>
          <w:i/>
        </w:rPr>
        <w:t xml:space="preserve">NOTE: Each team </w:t>
      </w:r>
      <w:proofErr w:type="gramStart"/>
      <w:r>
        <w:rPr>
          <w:b/>
          <w:i/>
        </w:rPr>
        <w:t xml:space="preserve">is </w:t>
      </w:r>
      <w:r w:rsidR="00AC592B">
        <w:rPr>
          <w:b/>
          <w:i/>
        </w:rPr>
        <w:t>will be</w:t>
      </w:r>
      <w:proofErr w:type="gramEnd"/>
      <w:r w:rsidR="00AC592B">
        <w:rPr>
          <w:b/>
          <w:i/>
        </w:rPr>
        <w:t xml:space="preserve"> responsible for booking and paying for field time for ALL home games</w:t>
      </w:r>
    </w:p>
    <w:p w14:paraId="49160A52" w14:textId="01A329FA" w:rsidR="00B41890" w:rsidRDefault="00B41890">
      <w:pPr>
        <w:keepNext/>
        <w:shd w:val="clear" w:color="auto" w:fill="17365D"/>
        <w:spacing w:before="200"/>
        <w:ind w:left="72" w:right="72"/>
        <w:rPr>
          <w:b/>
          <w:bCs/>
          <w:iCs/>
          <w:sz w:val="21"/>
          <w:szCs w:val="28"/>
          <w:u w:val="single"/>
        </w:rPr>
      </w:pPr>
      <w:r>
        <w:rPr>
          <w:b/>
          <w:bCs/>
          <w:iCs/>
          <w:color w:val="FFFFFF"/>
          <w:sz w:val="23"/>
          <w:szCs w:val="28"/>
          <w:u w:val="single"/>
        </w:rPr>
        <w:t>League fee &amp; deadlines for 2027 Season</w:t>
      </w:r>
    </w:p>
    <w:p w14:paraId="44EA9CE7" w14:textId="3B03A80E" w:rsidR="00B41890" w:rsidRDefault="00B41890" w:rsidP="00B41890">
      <w:pPr>
        <w:pStyle w:val="ListBullet2"/>
      </w:pPr>
      <w:r>
        <w:t>12u League Fee: $4,000</w:t>
      </w:r>
    </w:p>
    <w:p w14:paraId="059CC85D" w14:textId="2B202047" w:rsidR="00B41890" w:rsidRDefault="00B41890" w:rsidP="00B41890">
      <w:pPr>
        <w:pStyle w:val="ListBullet2"/>
      </w:pPr>
      <w:r>
        <w:t>13u-18 League Fee: $4,200</w:t>
      </w:r>
    </w:p>
    <w:p w14:paraId="1F5140A0" w14:textId="6B8E15E3" w:rsidR="00B41890" w:rsidRDefault="00B41890" w:rsidP="00B41890">
      <w:pPr>
        <w:pStyle w:val="ListBullet2"/>
      </w:pPr>
      <w:r>
        <w:t>League Deposit of 25% of the entry fee is due on January 1</w:t>
      </w:r>
      <w:r w:rsidRPr="00B41890">
        <w:rPr>
          <w:vertAlign w:val="superscript"/>
        </w:rPr>
        <w:t>st</w:t>
      </w:r>
      <w:r>
        <w:t>, 2027</w:t>
      </w:r>
    </w:p>
    <w:p w14:paraId="43813CCA" w14:textId="3784940C" w:rsidR="00B41890" w:rsidRPr="00B41890" w:rsidRDefault="00B41890" w:rsidP="00B41890">
      <w:pPr>
        <w:pStyle w:val="ListBullet2"/>
      </w:pPr>
      <w:r>
        <w:t>Remaining league fees are due before Scheduling meeting</w:t>
      </w:r>
    </w:p>
    <w:p w14:paraId="443B2D01" w14:textId="58144EBE" w:rsidR="00040E41" w:rsidRDefault="00000000">
      <w:pPr>
        <w:keepNext/>
        <w:shd w:val="clear" w:color="auto" w:fill="17365D"/>
        <w:spacing w:before="200"/>
        <w:ind w:left="72" w:right="72"/>
      </w:pPr>
      <w:r>
        <w:rPr>
          <w:b/>
          <w:color w:val="FFFFFF"/>
          <w:sz w:val="23"/>
          <w:u w:val="single"/>
        </w:rPr>
        <w:t>Important Dates - 202</w:t>
      </w:r>
      <w:r w:rsidR="003C2208">
        <w:rPr>
          <w:b/>
          <w:color w:val="FFFFFF"/>
          <w:sz w:val="23"/>
          <w:u w:val="single"/>
        </w:rPr>
        <w:t>7</w:t>
      </w:r>
      <w:r>
        <w:rPr>
          <w:b/>
          <w:color w:val="FFFFFF"/>
          <w:sz w:val="23"/>
          <w:u w:val="single"/>
        </w:rPr>
        <w:t xml:space="preserve"> Season</w:t>
      </w:r>
    </w:p>
    <w:tbl>
      <w:tblPr>
        <w:tblStyle w:val="TableGrid"/>
        <w:tblW w:w="0" w:type="auto"/>
        <w:jc w:val="center"/>
        <w:tblLook w:val="04A0" w:firstRow="1" w:lastRow="0" w:firstColumn="1" w:lastColumn="0" w:noHBand="0" w:noVBand="1"/>
      </w:tblPr>
      <w:tblGrid>
        <w:gridCol w:w="2204"/>
        <w:gridCol w:w="2204"/>
        <w:gridCol w:w="2204"/>
        <w:gridCol w:w="2204"/>
      </w:tblGrid>
      <w:tr w:rsidR="00524C06" w14:paraId="611A2528" w14:textId="77777777" w:rsidTr="00524C06">
        <w:trPr>
          <w:trHeight w:val="458"/>
          <w:tblHeader/>
          <w:jc w:val="center"/>
        </w:trPr>
        <w:tc>
          <w:tcPr>
            <w:tcW w:w="2204" w:type="dxa"/>
            <w:shd w:val="clear" w:color="auto" w:fill="17365D"/>
            <w:tcMar>
              <w:top w:w="70" w:type="dxa"/>
              <w:left w:w="80" w:type="dxa"/>
              <w:bottom w:w="70" w:type="dxa"/>
              <w:right w:w="80" w:type="dxa"/>
            </w:tcMar>
            <w:vAlign w:val="center"/>
          </w:tcPr>
          <w:p w14:paraId="2D3A6AD0" w14:textId="77777777" w:rsidR="00524C06" w:rsidRDefault="00524C06">
            <w:pPr>
              <w:spacing w:after="0"/>
            </w:pPr>
            <w:r>
              <w:rPr>
                <w:b/>
                <w:color w:val="FFFFFF"/>
                <w:sz w:val="18"/>
              </w:rPr>
              <w:t>Age Group</w:t>
            </w:r>
          </w:p>
        </w:tc>
        <w:tc>
          <w:tcPr>
            <w:tcW w:w="2204" w:type="dxa"/>
            <w:shd w:val="clear" w:color="auto" w:fill="17365D"/>
            <w:tcMar>
              <w:top w:w="70" w:type="dxa"/>
              <w:left w:w="80" w:type="dxa"/>
              <w:bottom w:w="70" w:type="dxa"/>
              <w:right w:w="80" w:type="dxa"/>
            </w:tcMar>
            <w:vAlign w:val="center"/>
          </w:tcPr>
          <w:p w14:paraId="3520732C" w14:textId="77777777" w:rsidR="00524C06" w:rsidRDefault="00524C06">
            <w:pPr>
              <w:spacing w:after="0"/>
            </w:pPr>
            <w:r>
              <w:rPr>
                <w:b/>
                <w:color w:val="FFFFFF"/>
                <w:sz w:val="18"/>
              </w:rPr>
              <w:t>Season Duration</w:t>
            </w:r>
          </w:p>
        </w:tc>
        <w:tc>
          <w:tcPr>
            <w:tcW w:w="2204" w:type="dxa"/>
            <w:shd w:val="clear" w:color="auto" w:fill="17365D"/>
            <w:tcMar>
              <w:top w:w="70" w:type="dxa"/>
              <w:left w:w="80" w:type="dxa"/>
              <w:bottom w:w="70" w:type="dxa"/>
              <w:right w:w="80" w:type="dxa"/>
            </w:tcMar>
            <w:vAlign w:val="center"/>
          </w:tcPr>
          <w:p w14:paraId="38EF2F02" w14:textId="77777777" w:rsidR="00524C06" w:rsidRDefault="00524C06">
            <w:pPr>
              <w:spacing w:after="0"/>
            </w:pPr>
            <w:r>
              <w:rPr>
                <w:b/>
                <w:color w:val="FFFFFF"/>
                <w:sz w:val="18"/>
              </w:rPr>
              <w:t>Rainout Makeups</w:t>
            </w:r>
          </w:p>
        </w:tc>
        <w:tc>
          <w:tcPr>
            <w:tcW w:w="2204" w:type="dxa"/>
            <w:shd w:val="clear" w:color="auto" w:fill="17365D"/>
            <w:tcMar>
              <w:top w:w="70" w:type="dxa"/>
              <w:left w:w="80" w:type="dxa"/>
              <w:bottom w:w="70" w:type="dxa"/>
              <w:right w:w="80" w:type="dxa"/>
            </w:tcMar>
            <w:vAlign w:val="center"/>
          </w:tcPr>
          <w:p w14:paraId="4AEB3944" w14:textId="77777777" w:rsidR="00524C06" w:rsidRDefault="00524C06">
            <w:pPr>
              <w:spacing w:after="0"/>
            </w:pPr>
            <w:r>
              <w:rPr>
                <w:b/>
                <w:color w:val="FFFFFF"/>
                <w:sz w:val="18"/>
              </w:rPr>
              <w:t>Postseason **</w:t>
            </w:r>
          </w:p>
        </w:tc>
      </w:tr>
      <w:tr w:rsidR="00524C06" w14:paraId="3581B96D" w14:textId="77777777" w:rsidTr="00524C06">
        <w:trPr>
          <w:trHeight w:val="483"/>
          <w:jc w:val="center"/>
        </w:trPr>
        <w:tc>
          <w:tcPr>
            <w:tcW w:w="2204" w:type="dxa"/>
            <w:shd w:val="clear" w:color="auto" w:fill="FFFFFF"/>
            <w:tcMar>
              <w:top w:w="70" w:type="dxa"/>
              <w:left w:w="80" w:type="dxa"/>
              <w:bottom w:w="70" w:type="dxa"/>
              <w:right w:w="80" w:type="dxa"/>
            </w:tcMar>
            <w:vAlign w:val="center"/>
          </w:tcPr>
          <w:p w14:paraId="4310629F" w14:textId="6AE6BE41" w:rsidR="00524C06" w:rsidRDefault="00524C06">
            <w:pPr>
              <w:spacing w:after="0"/>
            </w:pPr>
            <w:r>
              <w:rPr>
                <w:sz w:val="18"/>
              </w:rPr>
              <w:t>12u - 14U</w:t>
            </w:r>
          </w:p>
        </w:tc>
        <w:tc>
          <w:tcPr>
            <w:tcW w:w="2204" w:type="dxa"/>
            <w:shd w:val="clear" w:color="auto" w:fill="FFFFFF"/>
            <w:tcMar>
              <w:top w:w="70" w:type="dxa"/>
              <w:left w:w="80" w:type="dxa"/>
              <w:bottom w:w="70" w:type="dxa"/>
              <w:right w:w="80" w:type="dxa"/>
            </w:tcMar>
            <w:vAlign w:val="center"/>
          </w:tcPr>
          <w:p w14:paraId="66A44799" w14:textId="14883B4D" w:rsidR="00524C06" w:rsidRDefault="00524C06">
            <w:pPr>
              <w:spacing w:after="0"/>
            </w:pPr>
            <w:r>
              <w:rPr>
                <w:sz w:val="18"/>
              </w:rPr>
              <w:t>Mon 3/1- Sun 6/27</w:t>
            </w:r>
          </w:p>
        </w:tc>
        <w:tc>
          <w:tcPr>
            <w:tcW w:w="2204" w:type="dxa"/>
            <w:shd w:val="clear" w:color="auto" w:fill="FFFFFF"/>
            <w:tcMar>
              <w:top w:w="70" w:type="dxa"/>
              <w:left w:w="80" w:type="dxa"/>
              <w:bottom w:w="70" w:type="dxa"/>
              <w:right w:w="80" w:type="dxa"/>
            </w:tcMar>
            <w:vAlign w:val="center"/>
          </w:tcPr>
          <w:p w14:paraId="475BB09E" w14:textId="5E8B8DEE" w:rsidR="00524C06" w:rsidRDefault="00524C06">
            <w:pPr>
              <w:spacing w:after="0"/>
            </w:pPr>
            <w:r>
              <w:rPr>
                <w:sz w:val="18"/>
              </w:rPr>
              <w:t>Mon 6/28 – Sun 7/18</w:t>
            </w:r>
          </w:p>
        </w:tc>
        <w:tc>
          <w:tcPr>
            <w:tcW w:w="2204" w:type="dxa"/>
            <w:shd w:val="clear" w:color="auto" w:fill="FFFFFF"/>
            <w:tcMar>
              <w:top w:w="70" w:type="dxa"/>
              <w:left w:w="80" w:type="dxa"/>
              <w:bottom w:w="70" w:type="dxa"/>
              <w:right w:w="80" w:type="dxa"/>
            </w:tcMar>
            <w:vAlign w:val="center"/>
          </w:tcPr>
          <w:p w14:paraId="239376CA" w14:textId="19DBDEDB" w:rsidR="00524C06" w:rsidRDefault="00524C06">
            <w:pPr>
              <w:spacing w:after="0"/>
            </w:pPr>
            <w:r>
              <w:rPr>
                <w:sz w:val="18"/>
              </w:rPr>
              <w:t>Fri 7/23 - Sun 7/25</w:t>
            </w:r>
          </w:p>
        </w:tc>
      </w:tr>
      <w:tr w:rsidR="00524C06" w14:paraId="47D219E8" w14:textId="77777777" w:rsidTr="00524C06">
        <w:trPr>
          <w:trHeight w:val="521"/>
          <w:jc w:val="center"/>
        </w:trPr>
        <w:tc>
          <w:tcPr>
            <w:tcW w:w="2204" w:type="dxa"/>
            <w:shd w:val="clear" w:color="auto" w:fill="F2F2F2"/>
            <w:tcMar>
              <w:top w:w="70" w:type="dxa"/>
              <w:left w:w="80" w:type="dxa"/>
              <w:bottom w:w="70" w:type="dxa"/>
              <w:right w:w="80" w:type="dxa"/>
            </w:tcMar>
            <w:vAlign w:val="center"/>
          </w:tcPr>
          <w:p w14:paraId="4CB356A6" w14:textId="77777777" w:rsidR="00524C06" w:rsidRDefault="00524C06">
            <w:pPr>
              <w:spacing w:after="0"/>
            </w:pPr>
            <w:r>
              <w:rPr>
                <w:sz w:val="18"/>
              </w:rPr>
              <w:t>15U &amp; 16U</w:t>
            </w:r>
          </w:p>
        </w:tc>
        <w:tc>
          <w:tcPr>
            <w:tcW w:w="2204" w:type="dxa"/>
            <w:shd w:val="clear" w:color="auto" w:fill="F2F2F2"/>
            <w:tcMar>
              <w:top w:w="70" w:type="dxa"/>
              <w:left w:w="80" w:type="dxa"/>
              <w:bottom w:w="70" w:type="dxa"/>
              <w:right w:w="80" w:type="dxa"/>
            </w:tcMar>
            <w:vAlign w:val="center"/>
          </w:tcPr>
          <w:p w14:paraId="17100628" w14:textId="173EC6FD" w:rsidR="00524C06" w:rsidRDefault="003C2208">
            <w:pPr>
              <w:spacing w:after="0"/>
            </w:pPr>
            <w:r>
              <w:rPr>
                <w:sz w:val="18"/>
              </w:rPr>
              <w:t>Mon 5/3</w:t>
            </w:r>
            <w:r w:rsidR="00524C06">
              <w:rPr>
                <w:sz w:val="18"/>
              </w:rPr>
              <w:t xml:space="preserve"> - Sun 7/1</w:t>
            </w:r>
            <w:r>
              <w:rPr>
                <w:sz w:val="18"/>
              </w:rPr>
              <w:t>8</w:t>
            </w:r>
          </w:p>
        </w:tc>
        <w:tc>
          <w:tcPr>
            <w:tcW w:w="2204" w:type="dxa"/>
            <w:shd w:val="clear" w:color="auto" w:fill="F2F2F2"/>
            <w:tcMar>
              <w:top w:w="70" w:type="dxa"/>
              <w:left w:w="80" w:type="dxa"/>
              <w:bottom w:w="70" w:type="dxa"/>
              <w:right w:w="80" w:type="dxa"/>
            </w:tcMar>
            <w:vAlign w:val="center"/>
          </w:tcPr>
          <w:p w14:paraId="5CC8FCEE" w14:textId="342D5EBB" w:rsidR="00524C06" w:rsidRDefault="00524C06">
            <w:pPr>
              <w:spacing w:after="0"/>
            </w:pPr>
            <w:r>
              <w:rPr>
                <w:sz w:val="18"/>
              </w:rPr>
              <w:t>Mon 7/</w:t>
            </w:r>
            <w:r w:rsidR="003C2208">
              <w:rPr>
                <w:sz w:val="18"/>
              </w:rPr>
              <w:t>19</w:t>
            </w:r>
            <w:r>
              <w:rPr>
                <w:sz w:val="18"/>
              </w:rPr>
              <w:t xml:space="preserve"> - Wed 7/2</w:t>
            </w:r>
            <w:r w:rsidR="003C2208">
              <w:rPr>
                <w:sz w:val="18"/>
              </w:rPr>
              <w:t>1</w:t>
            </w:r>
          </w:p>
        </w:tc>
        <w:tc>
          <w:tcPr>
            <w:tcW w:w="2204" w:type="dxa"/>
            <w:shd w:val="clear" w:color="auto" w:fill="F2F2F2"/>
            <w:tcMar>
              <w:top w:w="70" w:type="dxa"/>
              <w:left w:w="80" w:type="dxa"/>
              <w:bottom w:w="70" w:type="dxa"/>
              <w:right w:w="80" w:type="dxa"/>
            </w:tcMar>
            <w:vAlign w:val="center"/>
          </w:tcPr>
          <w:p w14:paraId="259C0C7B" w14:textId="5455FAA1" w:rsidR="00524C06" w:rsidRDefault="00524C06">
            <w:pPr>
              <w:spacing w:after="0"/>
            </w:pPr>
            <w:r>
              <w:rPr>
                <w:sz w:val="18"/>
              </w:rPr>
              <w:t>Fri 7/2</w:t>
            </w:r>
            <w:r w:rsidR="003C2208">
              <w:rPr>
                <w:sz w:val="18"/>
              </w:rPr>
              <w:t>3</w:t>
            </w:r>
            <w:r>
              <w:rPr>
                <w:sz w:val="18"/>
              </w:rPr>
              <w:t xml:space="preserve"> - Sun 7/2</w:t>
            </w:r>
            <w:r w:rsidR="003C2208">
              <w:rPr>
                <w:sz w:val="18"/>
              </w:rPr>
              <w:t>5</w:t>
            </w:r>
          </w:p>
        </w:tc>
      </w:tr>
      <w:tr w:rsidR="003C2208" w14:paraId="7701BB0C" w14:textId="77777777" w:rsidTr="00524C06">
        <w:trPr>
          <w:trHeight w:val="483"/>
          <w:jc w:val="center"/>
        </w:trPr>
        <w:tc>
          <w:tcPr>
            <w:tcW w:w="2204" w:type="dxa"/>
            <w:shd w:val="clear" w:color="auto" w:fill="FFFFFF"/>
            <w:tcMar>
              <w:top w:w="70" w:type="dxa"/>
              <w:left w:w="80" w:type="dxa"/>
              <w:bottom w:w="70" w:type="dxa"/>
              <w:right w:w="80" w:type="dxa"/>
            </w:tcMar>
            <w:vAlign w:val="center"/>
          </w:tcPr>
          <w:p w14:paraId="6238BAE9" w14:textId="77777777" w:rsidR="003C2208" w:rsidRDefault="003C2208" w:rsidP="003C2208">
            <w:pPr>
              <w:spacing w:after="0"/>
            </w:pPr>
            <w:r>
              <w:rPr>
                <w:sz w:val="18"/>
              </w:rPr>
              <w:t>18U</w:t>
            </w:r>
          </w:p>
        </w:tc>
        <w:tc>
          <w:tcPr>
            <w:tcW w:w="2204" w:type="dxa"/>
            <w:shd w:val="clear" w:color="auto" w:fill="FFFFFF"/>
            <w:tcMar>
              <w:top w:w="70" w:type="dxa"/>
              <w:left w:w="80" w:type="dxa"/>
              <w:bottom w:w="70" w:type="dxa"/>
              <w:right w:w="80" w:type="dxa"/>
            </w:tcMar>
            <w:vAlign w:val="center"/>
          </w:tcPr>
          <w:p w14:paraId="3567707C" w14:textId="13E8E193" w:rsidR="003C2208" w:rsidRDefault="003C2208" w:rsidP="003C2208">
            <w:pPr>
              <w:spacing w:after="0"/>
            </w:pPr>
            <w:r>
              <w:rPr>
                <w:sz w:val="18"/>
              </w:rPr>
              <w:t>Sun 5/16 - Sun 7/18</w:t>
            </w:r>
          </w:p>
        </w:tc>
        <w:tc>
          <w:tcPr>
            <w:tcW w:w="2204" w:type="dxa"/>
            <w:shd w:val="clear" w:color="auto" w:fill="FFFFFF"/>
            <w:tcMar>
              <w:top w:w="70" w:type="dxa"/>
              <w:left w:w="80" w:type="dxa"/>
              <w:bottom w:w="70" w:type="dxa"/>
              <w:right w:w="80" w:type="dxa"/>
            </w:tcMar>
            <w:vAlign w:val="center"/>
          </w:tcPr>
          <w:p w14:paraId="5C5317D7" w14:textId="5D4C77E2" w:rsidR="003C2208" w:rsidRDefault="003C2208" w:rsidP="003C2208">
            <w:pPr>
              <w:spacing w:after="0"/>
            </w:pPr>
            <w:r>
              <w:rPr>
                <w:sz w:val="18"/>
              </w:rPr>
              <w:t>Mon 7/19 - Wed 7/21</w:t>
            </w:r>
          </w:p>
        </w:tc>
        <w:tc>
          <w:tcPr>
            <w:tcW w:w="2204" w:type="dxa"/>
            <w:shd w:val="clear" w:color="auto" w:fill="FFFFFF"/>
            <w:tcMar>
              <w:top w:w="70" w:type="dxa"/>
              <w:left w:w="80" w:type="dxa"/>
              <w:bottom w:w="70" w:type="dxa"/>
              <w:right w:w="80" w:type="dxa"/>
            </w:tcMar>
            <w:vAlign w:val="center"/>
          </w:tcPr>
          <w:p w14:paraId="7AC6884A" w14:textId="5D0982A2" w:rsidR="003C2208" w:rsidRDefault="003C2208" w:rsidP="003C2208">
            <w:pPr>
              <w:spacing w:after="0"/>
            </w:pPr>
            <w:r>
              <w:rPr>
                <w:sz w:val="18"/>
              </w:rPr>
              <w:t>Fri 7/23 - Sun 7/25</w:t>
            </w:r>
          </w:p>
        </w:tc>
      </w:tr>
    </w:tbl>
    <w:p w14:paraId="483AA9F0" w14:textId="1B1154EC" w:rsidR="003C2208" w:rsidRDefault="003C2208" w:rsidP="003C2208">
      <w:pPr>
        <w:keepNext/>
        <w:shd w:val="clear" w:color="auto" w:fill="17365D"/>
        <w:spacing w:before="200"/>
        <w:ind w:left="72" w:right="72"/>
        <w:rPr>
          <w:b/>
          <w:sz w:val="21"/>
          <w:u w:val="single"/>
        </w:rPr>
      </w:pPr>
      <w:r>
        <w:rPr>
          <w:b/>
          <w:color w:val="FFFFFF"/>
          <w:sz w:val="23"/>
          <w:u w:val="single"/>
        </w:rPr>
        <w:lastRenderedPageBreak/>
        <w:t>2027 Playoff Information</w:t>
      </w:r>
    </w:p>
    <w:p w14:paraId="738227D8" w14:textId="04F0F745" w:rsidR="003C2208" w:rsidRDefault="003C2208" w:rsidP="003C2208">
      <w:pPr>
        <w:pStyle w:val="ListParagraph"/>
        <w:numPr>
          <w:ilvl w:val="0"/>
          <w:numId w:val="10"/>
        </w:numPr>
        <w:spacing w:before="60" w:after="20"/>
        <w:rPr>
          <w:bCs/>
        </w:rPr>
      </w:pPr>
      <w:r>
        <w:rPr>
          <w:bCs/>
        </w:rPr>
        <w:t xml:space="preserve">We will take a minimum of the top </w:t>
      </w:r>
      <w:r w:rsidR="004D6AE2">
        <w:rPr>
          <w:bCs/>
        </w:rPr>
        <w:t>4</w:t>
      </w:r>
      <w:r>
        <w:rPr>
          <w:bCs/>
        </w:rPr>
        <w:t xml:space="preserve"> teams per division to the </w:t>
      </w:r>
      <w:proofErr w:type="gramStart"/>
      <w:r>
        <w:rPr>
          <w:bCs/>
        </w:rPr>
        <w:t>playoffs,</w:t>
      </w:r>
      <w:proofErr w:type="gramEnd"/>
      <w:r>
        <w:rPr>
          <w:bCs/>
        </w:rPr>
        <w:t xml:space="preserve"> this number will be based on total number of teams in each division</w:t>
      </w:r>
    </w:p>
    <w:p w14:paraId="2EDE8127" w14:textId="5584187E" w:rsidR="003C2208" w:rsidRPr="003C2208" w:rsidRDefault="003C2208" w:rsidP="003C2208">
      <w:pPr>
        <w:pStyle w:val="ListParagraph"/>
        <w:numPr>
          <w:ilvl w:val="0"/>
          <w:numId w:val="10"/>
        </w:numPr>
        <w:spacing w:before="60" w:after="20"/>
        <w:rPr>
          <w:bCs/>
        </w:rPr>
      </w:pPr>
      <w:r>
        <w:rPr>
          <w:bCs/>
        </w:rPr>
        <w:t>Teams who do not make the cutoff, their season will end at the completion of league regular season</w:t>
      </w:r>
    </w:p>
    <w:p w14:paraId="0A67A361" w14:textId="77777777" w:rsidR="003C2208" w:rsidRPr="003C2208" w:rsidRDefault="003C2208">
      <w:pPr>
        <w:spacing w:before="60" w:after="20"/>
        <w:rPr>
          <w:iCs/>
        </w:rPr>
      </w:pPr>
    </w:p>
    <w:p w14:paraId="4D994366" w14:textId="77777777" w:rsidR="003C2208" w:rsidRDefault="003C2208">
      <w:pPr>
        <w:spacing w:before="60" w:after="20"/>
        <w:rPr>
          <w:i/>
        </w:rPr>
      </w:pPr>
    </w:p>
    <w:p w14:paraId="5B0219FE" w14:textId="44F38745" w:rsidR="00040E41" w:rsidRDefault="00000000">
      <w:pPr>
        <w:keepNext/>
        <w:shd w:val="clear" w:color="auto" w:fill="17365D"/>
        <w:spacing w:before="200"/>
        <w:ind w:left="72" w:right="72"/>
      </w:pPr>
      <w:r>
        <w:rPr>
          <w:b/>
          <w:color w:val="FFFFFF"/>
          <w:sz w:val="23"/>
          <w:u w:val="single"/>
        </w:rPr>
        <w:t>Score Reporting</w:t>
      </w:r>
    </w:p>
    <w:p w14:paraId="7AABFDD6" w14:textId="5FE5E064" w:rsidR="00040E41" w:rsidRDefault="00000000">
      <w:pPr>
        <w:pStyle w:val="ListBullet"/>
        <w:spacing w:after="0"/>
        <w:ind w:hanging="216"/>
      </w:pPr>
      <w:r>
        <w:t xml:space="preserve">It is a league requirement that all games are scored </w:t>
      </w:r>
      <w:r w:rsidR="009C4ECC">
        <w:t xml:space="preserve">using the PG </w:t>
      </w:r>
      <w:proofErr w:type="spellStart"/>
      <w:r w:rsidR="009C4ECC">
        <w:t>Diamondkast</w:t>
      </w:r>
      <w:proofErr w:type="spellEnd"/>
      <w:r w:rsidR="009C4ECC">
        <w:t xml:space="preserve"> Free fan scoring app by at minimum the home team in each game.</w:t>
      </w:r>
    </w:p>
    <w:p w14:paraId="335BE55C" w14:textId="1E634B2A" w:rsidR="009C4ECC" w:rsidRDefault="009C4ECC">
      <w:pPr>
        <w:pStyle w:val="ListBullet"/>
        <w:spacing w:after="0"/>
        <w:ind w:hanging="216"/>
      </w:pPr>
      <w:r>
        <w:t xml:space="preserve">Once each league game is loaded into the PG site, you will be able to find </w:t>
      </w:r>
      <w:proofErr w:type="gramStart"/>
      <w:r>
        <w:t>all of</w:t>
      </w:r>
      <w:proofErr w:type="gramEnd"/>
      <w:r>
        <w:t xml:space="preserve"> your </w:t>
      </w:r>
      <w:proofErr w:type="gramStart"/>
      <w:r>
        <w:t>teams</w:t>
      </w:r>
      <w:proofErr w:type="gramEnd"/>
      <w:r>
        <w:t xml:space="preserve"> games on the Fan Scoring app as long as you are logged into your parent admin account and your kid is rostered on the team.</w:t>
      </w:r>
    </w:p>
    <w:p w14:paraId="649C09FF" w14:textId="39020000" w:rsidR="009C4ECC" w:rsidRDefault="009C4ECC">
      <w:pPr>
        <w:pStyle w:val="ListBullet"/>
        <w:spacing w:after="0"/>
        <w:ind w:hanging="216"/>
      </w:pPr>
      <w:r>
        <w:t xml:space="preserve">The way the app works is if only one person scores the game it will count as the official stats for the game for both teams, however if one parent from each the home team &amp; visitor team </w:t>
      </w:r>
      <w:proofErr w:type="gramStart"/>
      <w:r>
        <w:t>score</w:t>
      </w:r>
      <w:proofErr w:type="gramEnd"/>
      <w:r>
        <w:t xml:space="preserve"> the game the stats for each team will be used from your </w:t>
      </w:r>
      <w:proofErr w:type="gramStart"/>
      <w:r>
        <w:t>teams</w:t>
      </w:r>
      <w:proofErr w:type="gramEnd"/>
      <w:r>
        <w:t xml:space="preserve"> book.</w:t>
      </w:r>
    </w:p>
    <w:p w14:paraId="3335EF68" w14:textId="0FF891C8" w:rsidR="00040E41" w:rsidRDefault="00000000">
      <w:pPr>
        <w:pStyle w:val="ListBullet"/>
        <w:spacing w:after="0"/>
        <w:ind w:hanging="216"/>
      </w:pPr>
      <w:r>
        <w:t xml:space="preserve">Official standings will be kept on the Perfect Game website &amp; app, with scores pulled directly from </w:t>
      </w:r>
      <w:proofErr w:type="spellStart"/>
      <w:r w:rsidR="009C4ECC">
        <w:t>Diamondkast</w:t>
      </w:r>
      <w:proofErr w:type="spellEnd"/>
      <w:r w:rsidR="009C4ECC">
        <w:t>.</w:t>
      </w:r>
    </w:p>
    <w:p w14:paraId="03B06B98" w14:textId="1B1B0A80" w:rsidR="00040E41" w:rsidRDefault="00040E41"/>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328"/>
        <w:gridCol w:w="5328"/>
      </w:tblGrid>
      <w:tr w:rsidR="00040E41" w14:paraId="663796D2" w14:textId="77777777">
        <w:trPr>
          <w:jc w:val="center"/>
        </w:trPr>
        <w:tc>
          <w:tcPr>
            <w:tcW w:w="5328" w:type="dxa"/>
            <w:tcBorders>
              <w:top w:val="nil"/>
              <w:left w:val="nil"/>
              <w:bottom w:val="nil"/>
              <w:right w:val="nil"/>
            </w:tcBorders>
            <w:tcMar>
              <w:top w:w="40" w:type="dxa"/>
              <w:left w:w="80" w:type="dxa"/>
              <w:bottom w:w="40" w:type="dxa"/>
              <w:right w:w="80" w:type="dxa"/>
            </w:tcMar>
            <w:vAlign w:val="center"/>
          </w:tcPr>
          <w:p w14:paraId="221C5CFE" w14:textId="77777777" w:rsidR="00040E41" w:rsidRDefault="00000000">
            <w:r>
              <w:rPr>
                <w:noProof/>
              </w:rPr>
              <w:drawing>
                <wp:inline distT="0" distB="0" distL="0" distR="0" wp14:anchorId="07A67F62" wp14:editId="19718EC6">
                  <wp:extent cx="868680" cy="8686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PGNWlogo.png"/>
                          <pic:cNvPicPr/>
                        </pic:nvPicPr>
                        <pic:blipFill>
                          <a:blip r:embed="rId8"/>
                          <a:stretch>
                            <a:fillRect/>
                          </a:stretch>
                        </pic:blipFill>
                        <pic:spPr>
                          <a:xfrm>
                            <a:off x="0" y="0"/>
                            <a:ext cx="868680" cy="868680"/>
                          </a:xfrm>
                          <a:prstGeom prst="rect">
                            <a:avLst/>
                          </a:prstGeom>
                        </pic:spPr>
                      </pic:pic>
                    </a:graphicData>
                  </a:graphic>
                </wp:inline>
              </w:drawing>
            </w:r>
          </w:p>
        </w:tc>
        <w:tc>
          <w:tcPr>
            <w:tcW w:w="5328" w:type="dxa"/>
            <w:tcBorders>
              <w:top w:val="nil"/>
              <w:left w:val="nil"/>
              <w:bottom w:val="nil"/>
              <w:right w:val="nil"/>
            </w:tcBorders>
            <w:tcMar>
              <w:top w:w="40" w:type="dxa"/>
              <w:left w:w="80" w:type="dxa"/>
              <w:bottom w:w="40" w:type="dxa"/>
              <w:right w:w="80" w:type="dxa"/>
            </w:tcMar>
            <w:vAlign w:val="center"/>
          </w:tcPr>
          <w:p w14:paraId="35284DA6" w14:textId="77777777" w:rsidR="00040E41" w:rsidRDefault="00000000">
            <w:pPr>
              <w:spacing w:after="0"/>
              <w:jc w:val="center"/>
            </w:pPr>
            <w:r>
              <w:rPr>
                <w:rFonts w:ascii="Aptos Display" w:hAnsi="Aptos Display"/>
                <w:b/>
                <w:color w:val="17365D"/>
                <w:sz w:val="32"/>
              </w:rPr>
              <w:t>Perfect Game Northwest</w:t>
            </w:r>
            <w:r>
              <w:rPr>
                <w:rFonts w:ascii="Aptos Display" w:hAnsi="Aptos Display"/>
                <w:b/>
                <w:color w:val="17365D"/>
                <w:sz w:val="32"/>
              </w:rPr>
              <w:br/>
              <w:t>2026 League Handbook</w:t>
            </w:r>
          </w:p>
        </w:tc>
      </w:tr>
    </w:tbl>
    <w:p w14:paraId="44752B41" w14:textId="77777777" w:rsidR="00040E41" w:rsidRDefault="00000000">
      <w:pPr>
        <w:keepNext/>
        <w:shd w:val="clear" w:color="auto" w:fill="17365D"/>
        <w:spacing w:before="200"/>
        <w:ind w:left="72" w:right="72"/>
      </w:pPr>
      <w:r>
        <w:rPr>
          <w:b/>
          <w:color w:val="FFFFFF"/>
          <w:sz w:val="23"/>
          <w:u w:val="single"/>
        </w:rPr>
        <w:t>Scheduling Requirements &amp; Process</w:t>
      </w:r>
    </w:p>
    <w:p w14:paraId="5E0936C0" w14:textId="09586A22" w:rsidR="00040E41" w:rsidRDefault="00000000">
      <w:pPr>
        <w:pStyle w:val="ListBullet"/>
        <w:spacing w:after="0"/>
        <w:ind w:hanging="216"/>
      </w:pPr>
      <w:r>
        <w:t>​</w:t>
      </w:r>
      <w:r w:rsidR="00FD6D0F">
        <w:t>Teams will build their own schedule utilizing their field time and pairing it with the field time of their opponents. We will hold the scheduling meeting in early February, location is TBD</w:t>
      </w:r>
    </w:p>
    <w:p w14:paraId="6535C136" w14:textId="387FC4A8" w:rsidR="00FD6D0F" w:rsidRDefault="00FD6D0F">
      <w:pPr>
        <w:pStyle w:val="ListBullet"/>
        <w:spacing w:after="0"/>
        <w:ind w:hanging="216"/>
      </w:pPr>
      <w:r>
        <w:t>Once schedules are built those will be submitted to Austin Crawford our scheduling coordinator for League.</w:t>
      </w:r>
    </w:p>
    <w:p w14:paraId="607EC009" w14:textId="7C1B9722" w:rsidR="000F6CB7" w:rsidRDefault="00ED4828">
      <w:pPr>
        <w:pStyle w:val="ListBullet"/>
        <w:spacing w:after="0"/>
        <w:ind w:hanging="216"/>
      </w:pPr>
      <w:r>
        <w:t>For 12u-14u w</w:t>
      </w:r>
      <w:r w:rsidR="000F6CB7">
        <w:t>e will have some field time available at our park at Steven J Underwood Memorial Park in Des Moines on weeknights. Teams that would like to pick up that open time for their league games during the week need to reach out to Lee Larson directly to book the field time. This field time will get billed to you directly through the park.</w:t>
      </w:r>
    </w:p>
    <w:p w14:paraId="3DB32CAD" w14:textId="1FEC6069" w:rsidR="00040E41" w:rsidRDefault="00040E41" w:rsidP="00FD6D0F">
      <w:pPr>
        <w:pStyle w:val="ListBullet"/>
        <w:numPr>
          <w:ilvl w:val="0"/>
          <w:numId w:val="0"/>
        </w:numPr>
        <w:spacing w:after="0" w:line="168" w:lineRule="auto"/>
        <w:ind w:left="360"/>
      </w:pPr>
    </w:p>
    <w:p w14:paraId="1DC5CCE1" w14:textId="77777777" w:rsidR="00040E41" w:rsidRDefault="00000000">
      <w:pPr>
        <w:spacing w:after="0"/>
      </w:pPr>
      <w:r>
        <w:t>The number of league games per division is as follows:</w:t>
      </w:r>
    </w:p>
    <w:p w14:paraId="0101562E" w14:textId="4A4B897B" w:rsidR="00FD6D0F" w:rsidRPr="00FD6D0F" w:rsidRDefault="00000000" w:rsidP="00FD6D0F">
      <w:pPr>
        <w:pStyle w:val="ListBullet2"/>
        <w:spacing w:after="0"/>
        <w:ind w:left="677" w:hanging="216"/>
      </w:pPr>
      <w:r>
        <w:t>​</w:t>
      </w:r>
      <w:r w:rsidRPr="00FD6D0F">
        <w:rPr>
          <w:b/>
          <w:u w:val="single"/>
        </w:rPr>
        <w:t>1</w:t>
      </w:r>
      <w:r w:rsidR="006D0701">
        <w:rPr>
          <w:b/>
          <w:u w:val="single"/>
        </w:rPr>
        <w:t>2</w:t>
      </w:r>
      <w:r w:rsidRPr="00FD6D0F">
        <w:rPr>
          <w:b/>
          <w:u w:val="single"/>
        </w:rPr>
        <w:t>U - 14U​</w:t>
      </w:r>
    </w:p>
    <w:p w14:paraId="62BE249D" w14:textId="71DE8781" w:rsidR="00040E41" w:rsidRDefault="00000000" w:rsidP="00FD6D0F">
      <w:pPr>
        <w:pStyle w:val="ListBullet2"/>
        <w:tabs>
          <w:tab w:val="clear" w:pos="720"/>
          <w:tab w:val="num" w:pos="936"/>
        </w:tabs>
        <w:spacing w:after="0"/>
        <w:ind w:left="893" w:hanging="216"/>
      </w:pPr>
      <w:r>
        <w:t>22 regular season games</w:t>
      </w:r>
    </w:p>
    <w:p w14:paraId="37B1132E" w14:textId="77777777" w:rsidR="00FD6D0F" w:rsidRPr="00FD6D0F" w:rsidRDefault="00000000" w:rsidP="00FD6D0F">
      <w:pPr>
        <w:pStyle w:val="ListBullet2"/>
        <w:spacing w:after="0"/>
        <w:ind w:left="677" w:hanging="216"/>
      </w:pPr>
      <w:r>
        <w:t>​</w:t>
      </w:r>
      <w:r w:rsidRPr="00FD6D0F">
        <w:rPr>
          <w:b/>
          <w:u w:val="single"/>
        </w:rPr>
        <w:t>15U - 18U​</w:t>
      </w:r>
    </w:p>
    <w:p w14:paraId="0AC82071" w14:textId="10B981B1" w:rsidR="00040E41" w:rsidRDefault="00000000" w:rsidP="00FD6D0F">
      <w:pPr>
        <w:pStyle w:val="ListBullet2"/>
        <w:tabs>
          <w:tab w:val="clear" w:pos="720"/>
          <w:tab w:val="num" w:pos="936"/>
        </w:tabs>
        <w:spacing w:after="0"/>
        <w:ind w:left="893" w:hanging="216"/>
      </w:pPr>
      <w:r>
        <w:t>16 regular season games</w:t>
      </w:r>
    </w:p>
    <w:p w14:paraId="419B8545" w14:textId="77777777" w:rsidR="00040E41" w:rsidRDefault="00000000" w:rsidP="00FD6D0F">
      <w:pPr>
        <w:pStyle w:val="ListBullet"/>
        <w:numPr>
          <w:ilvl w:val="0"/>
          <w:numId w:val="0"/>
        </w:numPr>
        <w:spacing w:after="0"/>
      </w:pPr>
      <w:r>
        <w:t>​</w:t>
      </w:r>
    </w:p>
    <w:p w14:paraId="06547E03" w14:textId="77777777" w:rsidR="00040E41" w:rsidRDefault="00000000">
      <w:pPr>
        <w:spacing w:after="0"/>
      </w:pPr>
      <w:r>
        <w:t>The expectation is that each team in the PG Northwest League will provide home fields for half of their regular season</w:t>
      </w:r>
    </w:p>
    <w:p w14:paraId="7272F9AD" w14:textId="77777777" w:rsidR="00040E41" w:rsidRDefault="00000000">
      <w:pPr>
        <w:spacing w:after="0"/>
      </w:pPr>
      <w:r>
        <w:t>contests. In situations where your team or organization is low on field time, please be prepared to pay for your</w:t>
      </w:r>
    </w:p>
    <w:p w14:paraId="3FE151B7" w14:textId="77777777" w:rsidR="00040E41" w:rsidRDefault="00000000">
      <w:pPr>
        <w:spacing w:after="0"/>
      </w:pPr>
      <w:r>
        <w:t>opponent’s field costs in the following situations:</w:t>
      </w:r>
    </w:p>
    <w:p w14:paraId="63EDD5C9" w14:textId="0AF131A0" w:rsidR="00040E41" w:rsidRDefault="00000000" w:rsidP="00FD6D0F">
      <w:pPr>
        <w:pStyle w:val="ListBullet2"/>
        <w:spacing w:after="0"/>
        <w:ind w:left="677" w:hanging="216"/>
      </w:pPr>
      <w:r>
        <w:t>​Doubleheaders where one team hosts both games on their home field</w:t>
      </w:r>
    </w:p>
    <w:p w14:paraId="543D8012" w14:textId="45FBD510" w:rsidR="00040E41" w:rsidRDefault="00000000" w:rsidP="00FD6D0F">
      <w:pPr>
        <w:pStyle w:val="ListBullet2"/>
        <w:spacing w:after="0"/>
        <w:ind w:left="677" w:hanging="216"/>
      </w:pPr>
      <w:r>
        <w:t>​Situations where one team hosts both games on different days vs. a league opponent</w:t>
      </w:r>
    </w:p>
    <w:p w14:paraId="4DFBCCC0" w14:textId="22E0BA2C" w:rsidR="00040E41" w:rsidRDefault="00000000" w:rsidP="00FD6D0F">
      <w:pPr>
        <w:pStyle w:val="ListBullet2"/>
        <w:spacing w:after="0"/>
        <w:ind w:left="677" w:hanging="216"/>
      </w:pPr>
      <w:r>
        <w:t>​</w:t>
      </w:r>
      <w:r w:rsidR="00FD6D0F">
        <w:t>I</w:t>
      </w:r>
      <w:r>
        <w:t>n these situations, the team not hosting should pay for the game that would have been their home game</w:t>
      </w:r>
      <w:r w:rsidR="00FD6D0F">
        <w:t xml:space="preserve"> before first pitch takes place.</w:t>
      </w:r>
    </w:p>
    <w:p w14:paraId="4FEABA64" w14:textId="7FD66F63" w:rsidR="00040E41" w:rsidRDefault="00040E41" w:rsidP="00FD6D0F">
      <w:pPr>
        <w:pStyle w:val="ListBullet"/>
        <w:numPr>
          <w:ilvl w:val="0"/>
          <w:numId w:val="0"/>
        </w:numPr>
        <w:spacing w:after="0" w:line="168" w:lineRule="auto"/>
        <w:ind w:left="360"/>
      </w:pPr>
    </w:p>
    <w:p w14:paraId="4D9D57B9" w14:textId="6D8FE8DB" w:rsidR="00040E41" w:rsidRDefault="000F6CB7">
      <w:pPr>
        <w:spacing w:after="0"/>
      </w:pPr>
      <w:r>
        <w:t>Tournament games can be counted towards league games if both teams agree on that decision PRIOR to the event taking place. IF both teams agree to this a formal email with both coaches needs to be sent to Austin Crawford regarding the matter. IF a game cannot be made up before the rainout period ends due to conflicts from either team, we will allow teams to agree on a tournament match up to fill the place of the missed game(s). That game will be played by the host tournament rules - the league rules will be bypassed in those situations.</w:t>
      </w:r>
    </w:p>
    <w:p w14:paraId="7CE5F9F6" w14:textId="77777777" w:rsidR="000F6CB7" w:rsidRDefault="000F6CB7">
      <w:pPr>
        <w:spacing w:after="0"/>
      </w:pPr>
    </w:p>
    <w:p w14:paraId="0CBF61BD" w14:textId="07FBFD80" w:rsidR="00040E41" w:rsidRDefault="00000000" w:rsidP="000F6CB7">
      <w:pPr>
        <w:pStyle w:val="ListBullet"/>
        <w:spacing w:after="0"/>
        <w:ind w:hanging="216"/>
      </w:pPr>
      <w:r>
        <w:t xml:space="preserve">​PG Northwest League </w:t>
      </w:r>
      <w:r w:rsidR="000F6CB7">
        <w:t>games</w:t>
      </w:r>
      <w:r>
        <w:t xml:space="preserve"> should take precedence over any </w:t>
      </w:r>
      <w:r w:rsidR="000F6CB7">
        <w:t>scrimmages or tournaments</w:t>
      </w:r>
      <w:r>
        <w:t xml:space="preserve">. </w:t>
      </w:r>
    </w:p>
    <w:p w14:paraId="185FDAEB" w14:textId="77777777" w:rsidR="000F6CB7" w:rsidRDefault="000F6CB7" w:rsidP="000F6CB7">
      <w:pPr>
        <w:pStyle w:val="ListBullet"/>
        <w:numPr>
          <w:ilvl w:val="0"/>
          <w:numId w:val="0"/>
        </w:numPr>
        <w:spacing w:after="0" w:line="168" w:lineRule="auto"/>
        <w:ind w:left="360" w:hanging="360"/>
      </w:pPr>
    </w:p>
    <w:p w14:paraId="3D5E4BA1" w14:textId="74CD25C7" w:rsidR="00040E41" w:rsidRDefault="00000000" w:rsidP="000F6CB7">
      <w:pPr>
        <w:pStyle w:val="ListBullet"/>
        <w:spacing w:after="0"/>
        <w:ind w:hanging="216"/>
      </w:pPr>
      <w:r>
        <w:t>​League games postponed due to weather or other circumstances must be made up no later than the final rainout</w:t>
      </w:r>
    </w:p>
    <w:p w14:paraId="658830D2" w14:textId="77777777" w:rsidR="00040E41" w:rsidRDefault="00000000">
      <w:pPr>
        <w:spacing w:after="0"/>
      </w:pPr>
      <w:r>
        <w:t>makeup day for each respective division. The rainout dates should remain open on everyone’s calendar and used</w:t>
      </w:r>
    </w:p>
    <w:p w14:paraId="4047E6D1" w14:textId="77777777" w:rsidR="000F6CB7" w:rsidRDefault="00000000" w:rsidP="000F6CB7">
      <w:pPr>
        <w:spacing w:after="0"/>
      </w:pPr>
      <w:r>
        <w:t>as a last resort for games that are unable to be rescheduled during the duration of the regular season.</w:t>
      </w:r>
    </w:p>
    <w:p w14:paraId="3223CB7E" w14:textId="77777777" w:rsidR="000F6CB7" w:rsidRDefault="000F6CB7" w:rsidP="000F6CB7">
      <w:pPr>
        <w:spacing w:after="0"/>
      </w:pPr>
    </w:p>
    <w:p w14:paraId="477299EE" w14:textId="77777777" w:rsidR="00040E41" w:rsidRDefault="00000000" w:rsidP="000F6CB7">
      <w:pPr>
        <w:pStyle w:val="ListBullet"/>
        <w:numPr>
          <w:ilvl w:val="0"/>
          <w:numId w:val="0"/>
        </w:numPr>
        <w:spacing w:after="0"/>
        <w:ind w:left="360"/>
      </w:pPr>
      <w:r>
        <w:t>​</w:t>
      </w:r>
    </w:p>
    <w:p w14:paraId="12880EAA" w14:textId="46C3E000" w:rsidR="00040E41" w:rsidRDefault="00000000">
      <w:pPr>
        <w:spacing w:after="0"/>
      </w:pPr>
      <w:r>
        <w:t xml:space="preserve">Any non-played league games by the final rainout date will count as a </w:t>
      </w:r>
      <w:r w:rsidR="000F6CB7">
        <w:t>0-0 tie</w:t>
      </w:r>
      <w:r>
        <w:t>, unless the league</w:t>
      </w:r>
      <w:r w:rsidR="000F6CB7">
        <w:t xml:space="preserve"> directors</w:t>
      </w:r>
    </w:p>
    <w:p w14:paraId="5E877B2A" w14:textId="12775398" w:rsidR="00040E41" w:rsidRDefault="00000000" w:rsidP="000F6CB7">
      <w:pPr>
        <w:spacing w:after="0"/>
      </w:pPr>
      <w:r>
        <w:t xml:space="preserve">determine that the game was not played </w:t>
      </w:r>
      <w:r w:rsidR="000F6CB7">
        <w:t xml:space="preserve">due to one </w:t>
      </w:r>
      <w:proofErr w:type="gramStart"/>
      <w:r w:rsidR="000F6CB7">
        <w:t>teams</w:t>
      </w:r>
      <w:proofErr w:type="gramEnd"/>
      <w:r w:rsidR="000F6CB7">
        <w:t xml:space="preserve"> inability to make up the game. Or if a league game was cancelled by one of the teams and the same team could not find a future date to make up the game.</w:t>
      </w:r>
      <w:r>
        <w:t>​</w:t>
      </w:r>
    </w:p>
    <w:p w14:paraId="42A1DE5E" w14:textId="77777777" w:rsidR="000F6CB7" w:rsidRDefault="000F6CB7" w:rsidP="000F6CB7">
      <w:pPr>
        <w:spacing w:after="0"/>
      </w:pPr>
    </w:p>
    <w:p w14:paraId="46908B38" w14:textId="3E60976F" w:rsidR="00040E41" w:rsidRDefault="00000000" w:rsidP="003C2208">
      <w:pPr>
        <w:spacing w:after="0"/>
      </w:pPr>
      <w:r>
        <w:br w:type="page"/>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328"/>
        <w:gridCol w:w="5328"/>
      </w:tblGrid>
      <w:tr w:rsidR="00040E41" w14:paraId="23BD4D36" w14:textId="77777777">
        <w:trPr>
          <w:jc w:val="center"/>
        </w:trPr>
        <w:tc>
          <w:tcPr>
            <w:tcW w:w="5328" w:type="dxa"/>
            <w:tcBorders>
              <w:top w:val="nil"/>
              <w:left w:val="nil"/>
              <w:bottom w:val="nil"/>
              <w:right w:val="nil"/>
            </w:tcBorders>
            <w:tcMar>
              <w:top w:w="40" w:type="dxa"/>
              <w:left w:w="80" w:type="dxa"/>
              <w:bottom w:w="40" w:type="dxa"/>
              <w:right w:w="80" w:type="dxa"/>
            </w:tcMar>
            <w:vAlign w:val="center"/>
          </w:tcPr>
          <w:p w14:paraId="3239CF64" w14:textId="77777777" w:rsidR="00040E41" w:rsidRDefault="00000000">
            <w:r>
              <w:rPr>
                <w:noProof/>
              </w:rPr>
              <w:lastRenderedPageBreak/>
              <w:drawing>
                <wp:inline distT="0" distB="0" distL="0" distR="0" wp14:anchorId="347EEFF0" wp14:editId="04C791E6">
                  <wp:extent cx="868680" cy="8686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PGNWlogo.png"/>
                          <pic:cNvPicPr/>
                        </pic:nvPicPr>
                        <pic:blipFill>
                          <a:blip r:embed="rId8"/>
                          <a:stretch>
                            <a:fillRect/>
                          </a:stretch>
                        </pic:blipFill>
                        <pic:spPr>
                          <a:xfrm>
                            <a:off x="0" y="0"/>
                            <a:ext cx="868680" cy="868680"/>
                          </a:xfrm>
                          <a:prstGeom prst="rect">
                            <a:avLst/>
                          </a:prstGeom>
                        </pic:spPr>
                      </pic:pic>
                    </a:graphicData>
                  </a:graphic>
                </wp:inline>
              </w:drawing>
            </w:r>
          </w:p>
        </w:tc>
        <w:tc>
          <w:tcPr>
            <w:tcW w:w="5328" w:type="dxa"/>
            <w:tcBorders>
              <w:top w:val="nil"/>
              <w:left w:val="nil"/>
              <w:bottom w:val="nil"/>
              <w:right w:val="nil"/>
            </w:tcBorders>
            <w:tcMar>
              <w:top w:w="40" w:type="dxa"/>
              <w:left w:w="80" w:type="dxa"/>
              <w:bottom w:w="40" w:type="dxa"/>
              <w:right w:w="80" w:type="dxa"/>
            </w:tcMar>
            <w:vAlign w:val="center"/>
          </w:tcPr>
          <w:p w14:paraId="6ED60651" w14:textId="77777777" w:rsidR="00040E41" w:rsidRDefault="00000000">
            <w:pPr>
              <w:spacing w:after="0"/>
              <w:jc w:val="center"/>
            </w:pPr>
            <w:r>
              <w:rPr>
                <w:rFonts w:ascii="Aptos Display" w:hAnsi="Aptos Display"/>
                <w:b/>
                <w:color w:val="17365D"/>
                <w:sz w:val="32"/>
              </w:rPr>
              <w:t>Perfect Game Northwest</w:t>
            </w:r>
            <w:r>
              <w:rPr>
                <w:rFonts w:ascii="Aptos Display" w:hAnsi="Aptos Display"/>
                <w:b/>
                <w:color w:val="17365D"/>
                <w:sz w:val="32"/>
              </w:rPr>
              <w:br/>
              <w:t>2026 League Handbook</w:t>
            </w:r>
          </w:p>
        </w:tc>
      </w:tr>
    </w:tbl>
    <w:p w14:paraId="4CA219BC" w14:textId="77777777" w:rsidR="00040E41" w:rsidRDefault="00000000">
      <w:pPr>
        <w:keepNext/>
        <w:shd w:val="clear" w:color="auto" w:fill="17365D"/>
        <w:spacing w:before="200"/>
        <w:ind w:left="72" w:right="72"/>
      </w:pPr>
      <w:r>
        <w:rPr>
          <w:b/>
          <w:color w:val="FFFFFF"/>
          <w:sz w:val="23"/>
          <w:u w:val="single"/>
        </w:rPr>
        <w:t>Field Directory &amp; Umpire Coverage</w:t>
      </w:r>
    </w:p>
    <w:p w14:paraId="319F5C4F" w14:textId="77777777" w:rsidR="000F6CB7" w:rsidRDefault="00000000" w:rsidP="000F6CB7">
      <w:pPr>
        <w:pStyle w:val="ListBullet"/>
        <w:spacing w:after="0"/>
        <w:ind w:hanging="216"/>
      </w:pPr>
      <w:r>
        <w:t>​Please refer to the Perfect Game Northwest Field Directory to field addresses, field restrictions (including cleat &amp; sunflower seed</w:t>
      </w:r>
      <w:r w:rsidR="000F6CB7">
        <w:t>). This can be found on the event page per division by hitting event info then ball parks, or by clicking on the field name in the schedule page where it takes you to the field address.</w:t>
      </w:r>
    </w:p>
    <w:p w14:paraId="26F7708C" w14:textId="77777777" w:rsidR="004C10D7" w:rsidRDefault="004C10D7" w:rsidP="000F6CB7">
      <w:pPr>
        <w:pStyle w:val="ListBullet"/>
        <w:spacing w:after="0"/>
        <w:ind w:hanging="216"/>
      </w:pPr>
      <w:r>
        <w:t>Umpires will be booked by Perfect game using our preferred umpires.</w:t>
      </w:r>
    </w:p>
    <w:p w14:paraId="653F5B46" w14:textId="77777777" w:rsidR="004C10D7" w:rsidRDefault="004C10D7" w:rsidP="004C10D7">
      <w:pPr>
        <w:pStyle w:val="ListBullet"/>
        <w:numPr>
          <w:ilvl w:val="0"/>
          <w:numId w:val="0"/>
        </w:numPr>
        <w:spacing w:after="0" w:line="168" w:lineRule="auto"/>
        <w:ind w:left="360" w:hanging="360"/>
      </w:pPr>
    </w:p>
    <w:p w14:paraId="58C09A28" w14:textId="1FA43F3D" w:rsidR="004C10D7" w:rsidRDefault="004C10D7" w:rsidP="004C10D7">
      <w:pPr>
        <w:keepNext/>
        <w:spacing w:before="140" w:after="60"/>
        <w:rPr>
          <w:b/>
          <w:sz w:val="21"/>
          <w:u w:val="single"/>
        </w:rPr>
      </w:pPr>
      <w:r>
        <w:rPr>
          <w:b/>
          <w:color w:val="17365D"/>
          <w:sz w:val="21"/>
          <w:u w:val="single"/>
        </w:rPr>
        <w:t>Perfect Game Umpire directory</w:t>
      </w:r>
    </w:p>
    <w:p w14:paraId="21498949" w14:textId="77777777" w:rsidR="003E07ED" w:rsidRDefault="003E07ED" w:rsidP="003E07ED">
      <w:pPr>
        <w:spacing w:before="60" w:after="20"/>
        <w:rPr>
          <w:bCs/>
        </w:rPr>
      </w:pPr>
    </w:p>
    <w:p w14:paraId="2CDFB2FE" w14:textId="547D3BA5" w:rsidR="003E07ED" w:rsidRPr="003E07ED" w:rsidRDefault="003E07ED" w:rsidP="003E07ED">
      <w:pPr>
        <w:keepNext/>
        <w:spacing w:before="140" w:after="60"/>
        <w:rPr>
          <w:b/>
        </w:rPr>
      </w:pPr>
      <w:r w:rsidRPr="003E07ED">
        <w:rPr>
          <w:b/>
          <w:color w:val="17365D"/>
          <w:sz w:val="21"/>
        </w:rPr>
        <w:t>Baseball Nation Umpires</w:t>
      </w:r>
    </w:p>
    <w:p w14:paraId="4C9643F4" w14:textId="2EF2523C" w:rsidR="004C10D7" w:rsidRDefault="004C10D7" w:rsidP="004C10D7">
      <w:pPr>
        <w:pStyle w:val="ListParagraph"/>
        <w:numPr>
          <w:ilvl w:val="0"/>
          <w:numId w:val="13"/>
        </w:numPr>
        <w:spacing w:before="60" w:after="20"/>
        <w:rPr>
          <w:bCs/>
        </w:rPr>
      </w:pPr>
      <w:r>
        <w:rPr>
          <w:bCs/>
        </w:rPr>
        <w:t>Chris Fulton</w:t>
      </w:r>
    </w:p>
    <w:p w14:paraId="6F66BBAD" w14:textId="3A43DC4B" w:rsidR="004C10D7" w:rsidRDefault="004C10D7" w:rsidP="004C10D7">
      <w:pPr>
        <w:pStyle w:val="ListParagraph"/>
        <w:numPr>
          <w:ilvl w:val="1"/>
          <w:numId w:val="13"/>
        </w:numPr>
        <w:spacing w:before="60" w:after="20"/>
        <w:rPr>
          <w:bCs/>
        </w:rPr>
      </w:pPr>
      <w:hyperlink r:id="rId9" w:history="1">
        <w:r w:rsidRPr="00BE1CCB">
          <w:rPr>
            <w:rStyle w:val="Hyperlink"/>
            <w:bCs/>
          </w:rPr>
          <w:t>Fultonc3@gmail.com</w:t>
        </w:r>
      </w:hyperlink>
    </w:p>
    <w:p w14:paraId="0C034020" w14:textId="48971F94" w:rsidR="004C10D7" w:rsidRDefault="004C10D7" w:rsidP="004C10D7">
      <w:pPr>
        <w:pStyle w:val="ListParagraph"/>
        <w:numPr>
          <w:ilvl w:val="1"/>
          <w:numId w:val="13"/>
        </w:numPr>
        <w:spacing w:before="60" w:after="20"/>
        <w:rPr>
          <w:bCs/>
        </w:rPr>
      </w:pPr>
      <w:r>
        <w:rPr>
          <w:bCs/>
        </w:rPr>
        <w:t>559-967-6585</w:t>
      </w:r>
    </w:p>
    <w:p w14:paraId="5C9440EB" w14:textId="7889B050" w:rsidR="004C10D7" w:rsidRDefault="004C10D7" w:rsidP="004C10D7">
      <w:pPr>
        <w:pStyle w:val="ListParagraph"/>
        <w:numPr>
          <w:ilvl w:val="0"/>
          <w:numId w:val="13"/>
        </w:numPr>
        <w:spacing w:before="60" w:after="20"/>
        <w:rPr>
          <w:bCs/>
        </w:rPr>
      </w:pPr>
      <w:r>
        <w:rPr>
          <w:bCs/>
        </w:rPr>
        <w:t>Jenn Heay</w:t>
      </w:r>
    </w:p>
    <w:p w14:paraId="428509BB" w14:textId="2C98D0D3" w:rsidR="004C10D7" w:rsidRDefault="004C10D7" w:rsidP="004C10D7">
      <w:pPr>
        <w:pStyle w:val="ListParagraph"/>
        <w:numPr>
          <w:ilvl w:val="1"/>
          <w:numId w:val="13"/>
        </w:numPr>
        <w:spacing w:before="60" w:after="20"/>
        <w:rPr>
          <w:bCs/>
        </w:rPr>
      </w:pPr>
      <w:hyperlink r:id="rId10" w:history="1">
        <w:r w:rsidRPr="00BE1CCB">
          <w:rPr>
            <w:rStyle w:val="Hyperlink"/>
            <w:bCs/>
          </w:rPr>
          <w:t>jennheay@comcast.net</w:t>
        </w:r>
      </w:hyperlink>
    </w:p>
    <w:p w14:paraId="494DE35A" w14:textId="1CDCBC99" w:rsidR="004C10D7" w:rsidRPr="004C10D7" w:rsidRDefault="004C10D7" w:rsidP="004C10D7">
      <w:pPr>
        <w:pStyle w:val="ListParagraph"/>
        <w:numPr>
          <w:ilvl w:val="1"/>
          <w:numId w:val="13"/>
        </w:numPr>
        <w:spacing w:before="60" w:after="20"/>
        <w:rPr>
          <w:bCs/>
        </w:rPr>
      </w:pPr>
      <w:r>
        <w:rPr>
          <w:bCs/>
        </w:rPr>
        <w:t>360-402-2758</w:t>
      </w:r>
    </w:p>
    <w:p w14:paraId="192054EA" w14:textId="77777777" w:rsidR="004C10D7" w:rsidRDefault="004C10D7" w:rsidP="004C10D7">
      <w:pPr>
        <w:pStyle w:val="ListBullet"/>
        <w:numPr>
          <w:ilvl w:val="0"/>
          <w:numId w:val="0"/>
        </w:numPr>
        <w:spacing w:after="0" w:line="168" w:lineRule="auto"/>
        <w:ind w:left="360" w:hanging="360"/>
      </w:pPr>
    </w:p>
    <w:p w14:paraId="527F9EDC" w14:textId="630A8E06" w:rsidR="00040E41" w:rsidRDefault="00000000" w:rsidP="004C10D7">
      <w:pPr>
        <w:pStyle w:val="ListBullet"/>
        <w:numPr>
          <w:ilvl w:val="0"/>
          <w:numId w:val="0"/>
        </w:numPr>
        <w:spacing w:after="0"/>
        <w:ind w:left="360"/>
      </w:pPr>
      <w:r>
        <w:t>​</w:t>
      </w:r>
    </w:p>
    <w:p w14:paraId="7D20EEC6" w14:textId="77777777" w:rsidR="00040E41" w:rsidRDefault="00000000">
      <w:pPr>
        <w:keepNext/>
        <w:shd w:val="clear" w:color="auto" w:fill="17365D"/>
        <w:spacing w:before="200"/>
        <w:ind w:left="72" w:right="72"/>
      </w:pPr>
      <w:r>
        <w:rPr>
          <w:b/>
          <w:color w:val="FFFFFF"/>
          <w:sz w:val="23"/>
          <w:u w:val="single"/>
        </w:rPr>
        <w:t>Game Cancellation &amp; Reschedule Policy</w:t>
      </w:r>
    </w:p>
    <w:p w14:paraId="7168D020" w14:textId="0A50BDB0" w:rsidR="00040E41" w:rsidRDefault="00000000" w:rsidP="004C10D7">
      <w:pPr>
        <w:pStyle w:val="ListBullet"/>
        <w:spacing w:after="0"/>
        <w:ind w:hanging="216"/>
      </w:pPr>
      <w:r>
        <w:t>​The home team is responsible to communicate any schedule changes (including rainouts or other game day</w:t>
      </w:r>
    </w:p>
    <w:p w14:paraId="5D055070" w14:textId="77777777" w:rsidR="00040E41" w:rsidRDefault="00000000">
      <w:pPr>
        <w:spacing w:after="0"/>
      </w:pPr>
      <w:r>
        <w:t>cancellations) to each of the following parties:</w:t>
      </w:r>
    </w:p>
    <w:p w14:paraId="01352AD2" w14:textId="0BE17016" w:rsidR="00040E41" w:rsidRDefault="00000000" w:rsidP="004C10D7">
      <w:pPr>
        <w:pStyle w:val="ListBullet2"/>
        <w:spacing w:after="0"/>
        <w:ind w:left="677" w:hanging="216"/>
      </w:pPr>
      <w:r>
        <w:t>​Opponents (using the league contact sheet)</w:t>
      </w:r>
    </w:p>
    <w:p w14:paraId="11F302E5" w14:textId="109078C7" w:rsidR="00040E41" w:rsidRDefault="00000000" w:rsidP="004C10D7">
      <w:pPr>
        <w:pStyle w:val="ListBullet2"/>
        <w:spacing w:after="0"/>
        <w:ind w:left="677" w:hanging="216"/>
      </w:pPr>
      <w:r>
        <w:t>​Umpires (</w:t>
      </w:r>
      <w:r w:rsidR="004C10D7">
        <w:t>Please message both contacts on the Perfect Game Umpire Directory)</w:t>
      </w:r>
    </w:p>
    <w:p w14:paraId="5C67DFB5" w14:textId="425270BD" w:rsidR="00040E41" w:rsidRDefault="00000000" w:rsidP="004C10D7">
      <w:pPr>
        <w:pStyle w:val="ListBullet2"/>
        <w:spacing w:after="0"/>
        <w:ind w:left="677" w:hanging="216"/>
      </w:pPr>
      <w:r>
        <w:t xml:space="preserve">​League office (send to </w:t>
      </w:r>
      <w:r w:rsidR="004C10D7">
        <w:t xml:space="preserve">both </w:t>
      </w:r>
      <w:hyperlink r:id="rId11" w:history="1">
        <w:r w:rsidR="00E87668" w:rsidRPr="00BE1CCB">
          <w:rPr>
            <w:rStyle w:val="Hyperlink"/>
          </w:rPr>
          <w:t>Austincraw.PG@gmail.com</w:t>
        </w:r>
      </w:hyperlink>
      <w:r w:rsidR="004C10D7">
        <w:t xml:space="preserve"> &amp; </w:t>
      </w:r>
      <w:hyperlink r:id="rId12" w:history="1">
        <w:r w:rsidR="004C10D7" w:rsidRPr="00BE1CCB">
          <w:rPr>
            <w:rStyle w:val="Hyperlink"/>
          </w:rPr>
          <w:t>llarson@perfectgame.org</w:t>
        </w:r>
      </w:hyperlink>
      <w:r w:rsidR="004C10D7">
        <w:t xml:space="preserve"> )</w:t>
      </w:r>
    </w:p>
    <w:p w14:paraId="0509CDD1" w14:textId="77B05AEF" w:rsidR="00040E41" w:rsidRDefault="00000000" w:rsidP="004C10D7">
      <w:pPr>
        <w:pStyle w:val="ListBullet2"/>
        <w:spacing w:after="0"/>
        <w:ind w:left="677" w:hanging="216"/>
      </w:pPr>
      <w:r>
        <w:t>​All rainouts and other game day cancellations must be called or texted (email is not efficient on game</w:t>
      </w:r>
    </w:p>
    <w:p w14:paraId="64298DC3" w14:textId="77777777" w:rsidR="00040E41" w:rsidRDefault="00000000">
      <w:pPr>
        <w:spacing w:after="0"/>
      </w:pPr>
      <w:r>
        <w:t>day) and must be made at least 2 hours prior to game time – otherwise, umpires are paid</w:t>
      </w:r>
    </w:p>
    <w:p w14:paraId="3CF6A255" w14:textId="2DA92981" w:rsidR="00040E41" w:rsidRDefault="00000000" w:rsidP="004C10D7">
      <w:pPr>
        <w:pStyle w:val="ListBullet2"/>
        <w:spacing w:after="0"/>
        <w:ind w:left="677" w:hanging="216"/>
      </w:pPr>
      <w:r>
        <w:t>​Please provide the age group &amp; league (i.e. PG Northwest 1</w:t>
      </w:r>
      <w:r w:rsidR="004C10D7">
        <w:t>3</w:t>
      </w:r>
      <w:r>
        <w:t>U</w:t>
      </w:r>
      <w:r w:rsidR="004C10D7">
        <w:t xml:space="preserve"> AAA</w:t>
      </w:r>
      <w:r>
        <w:t>) along with the date, time and field of the</w:t>
      </w:r>
    </w:p>
    <w:p w14:paraId="5CBE652D" w14:textId="77777777" w:rsidR="00040E41" w:rsidRDefault="00000000">
      <w:pPr>
        <w:spacing w:after="0"/>
      </w:pPr>
      <w:r>
        <w:t>game being rained out</w:t>
      </w:r>
    </w:p>
    <w:p w14:paraId="2D66CE18" w14:textId="1799C8DC" w:rsidR="00040E41" w:rsidRDefault="00000000" w:rsidP="005732E4">
      <w:pPr>
        <w:pStyle w:val="ListBullet2"/>
        <w:spacing w:after="0"/>
        <w:ind w:left="677" w:hanging="216"/>
      </w:pPr>
      <w:r>
        <w:t>​Game day cancellations are NOT confirmed until you hear back fr</w:t>
      </w:r>
      <w:r w:rsidR="005732E4">
        <w:t>om all parties messaged.</w:t>
      </w:r>
    </w:p>
    <w:p w14:paraId="0C1C0EFA" w14:textId="77777777" w:rsidR="005732E4" w:rsidRDefault="005732E4" w:rsidP="005732E4">
      <w:pPr>
        <w:pStyle w:val="ListBullet2"/>
        <w:numPr>
          <w:ilvl w:val="0"/>
          <w:numId w:val="0"/>
        </w:numPr>
        <w:spacing w:after="0" w:line="168" w:lineRule="auto"/>
        <w:ind w:left="677"/>
      </w:pPr>
    </w:p>
    <w:p w14:paraId="5BFD2FD4" w14:textId="77777777" w:rsidR="00040E41" w:rsidRDefault="00000000">
      <w:pPr>
        <w:keepNext/>
        <w:spacing w:before="140" w:after="60"/>
      </w:pPr>
      <w:r>
        <w:rPr>
          <w:b/>
          <w:color w:val="17365D"/>
          <w:sz w:val="21"/>
          <w:u w:val="single"/>
        </w:rPr>
        <w:t>Non-Game Day Changes</w:t>
      </w:r>
    </w:p>
    <w:p w14:paraId="5480E644" w14:textId="0A1C20DD" w:rsidR="00040E41" w:rsidRDefault="00000000" w:rsidP="00052365">
      <w:pPr>
        <w:pStyle w:val="ListBullet2"/>
        <w:spacing w:after="0"/>
        <w:ind w:left="677" w:hanging="216"/>
      </w:pPr>
      <w:r>
        <w:t xml:space="preserve">​Please </w:t>
      </w:r>
      <w:r w:rsidR="00052365">
        <w:t xml:space="preserve">try to stay at least 1 week ahead of any future change in league game schedules that you might need to change. IF you are needing to reschedule a home </w:t>
      </w:r>
      <w:proofErr w:type="gramStart"/>
      <w:r w:rsidR="00052365">
        <w:t>game</w:t>
      </w:r>
      <w:proofErr w:type="gramEnd"/>
      <w:r w:rsidR="00052365">
        <w:t xml:space="preserve"> please have make up options available to your opponent when sending the reschedule request </w:t>
      </w:r>
      <w:proofErr w:type="gramStart"/>
      <w:r w:rsidR="00052365">
        <w:t>if at all possible</w:t>
      </w:r>
      <w:proofErr w:type="gramEnd"/>
      <w:r w:rsidR="00052365">
        <w:t xml:space="preserve">. IF </w:t>
      </w:r>
      <w:proofErr w:type="spellStart"/>
      <w:proofErr w:type="gramStart"/>
      <w:r w:rsidR="00052365">
        <w:t>its</w:t>
      </w:r>
      <w:proofErr w:type="spellEnd"/>
      <w:proofErr w:type="gramEnd"/>
      <w:r w:rsidR="00052365">
        <w:t xml:space="preserve"> an away game be prepared to possibly have to provide a field for the </w:t>
      </w:r>
      <w:proofErr w:type="spellStart"/>
      <w:r w:rsidR="00052365">
        <w:t>make up</w:t>
      </w:r>
      <w:proofErr w:type="spellEnd"/>
      <w:r w:rsidR="00052365">
        <w:t>.</w:t>
      </w:r>
    </w:p>
    <w:p w14:paraId="7B665982" w14:textId="1F05E4D7" w:rsidR="00040E41" w:rsidRDefault="00000000" w:rsidP="00052365">
      <w:pPr>
        <w:pStyle w:val="ListBullet2"/>
        <w:spacing w:after="0"/>
        <w:ind w:left="677" w:hanging="216"/>
      </w:pPr>
      <w:r>
        <w:t>​Missing your top two players due to a conflict or being "out of pitching" is NOT a reason to cancel games -</w:t>
      </w:r>
    </w:p>
    <w:p w14:paraId="2084D53A" w14:textId="77777777" w:rsidR="00040E41" w:rsidRDefault="00000000">
      <w:pPr>
        <w:spacing w:after="0"/>
      </w:pPr>
      <w:r>
        <w:t>if you are able to field a team, you are expected to play. Each team had the ability to make their own</w:t>
      </w:r>
    </w:p>
    <w:p w14:paraId="22F4D56F" w14:textId="77777777" w:rsidR="00040E41" w:rsidRDefault="00000000">
      <w:pPr>
        <w:spacing w:after="0"/>
      </w:pPr>
      <w:r>
        <w:t>schedule to avoid overloading their team calendar</w:t>
      </w:r>
    </w:p>
    <w:p w14:paraId="25ACC21E" w14:textId="4028C3ED" w:rsidR="00040E41" w:rsidRDefault="00040E41" w:rsidP="00052365">
      <w:pPr>
        <w:pStyle w:val="ListBullet"/>
        <w:numPr>
          <w:ilvl w:val="0"/>
          <w:numId w:val="0"/>
        </w:numPr>
        <w:spacing w:after="0" w:line="168" w:lineRule="auto"/>
        <w:ind w:left="360"/>
      </w:pPr>
    </w:p>
    <w:p w14:paraId="6F9FB49D" w14:textId="77777777" w:rsidR="00040E41" w:rsidRDefault="00000000">
      <w:pPr>
        <w:keepNext/>
        <w:spacing w:before="140" w:after="60"/>
      </w:pPr>
      <w:r>
        <w:rPr>
          <w:b/>
          <w:color w:val="17365D"/>
          <w:sz w:val="21"/>
          <w:u w:val="single"/>
        </w:rPr>
        <w:t>Rescheduling Games</w:t>
      </w:r>
    </w:p>
    <w:p w14:paraId="40E10FC8" w14:textId="4F15D229" w:rsidR="00040E41" w:rsidRDefault="00000000" w:rsidP="00EE013B">
      <w:pPr>
        <w:pStyle w:val="ListBullet2"/>
        <w:spacing w:after="0"/>
        <w:ind w:left="677" w:hanging="216"/>
      </w:pPr>
      <w:r>
        <w:t>​All reschedules must be in writing VIA EMAIL to the appropriate umpire association</w:t>
      </w:r>
      <w:r w:rsidR="00EE013B">
        <w:t>, the team being rescheduled with</w:t>
      </w:r>
      <w:r>
        <w:t>, along with a CC to</w:t>
      </w:r>
      <w:r w:rsidR="00EE013B">
        <w:t xml:space="preserve"> </w:t>
      </w:r>
      <w:r>
        <w:t>the league office (</w:t>
      </w:r>
      <w:hyperlink r:id="rId13" w:history="1">
        <w:r w:rsidR="00E87668" w:rsidRPr="00BE1CCB">
          <w:rPr>
            <w:rStyle w:val="Hyperlink"/>
          </w:rPr>
          <w:t>Austincraw.PG@gmail.com</w:t>
        </w:r>
      </w:hyperlink>
      <w:r w:rsidR="00E87668">
        <w:t xml:space="preserve"> &amp; </w:t>
      </w:r>
      <w:hyperlink r:id="rId14" w:history="1">
        <w:r w:rsidR="00E87668" w:rsidRPr="00BE1CCB">
          <w:rPr>
            <w:rStyle w:val="Hyperlink"/>
          </w:rPr>
          <w:t>llarson@perfectgame.org</w:t>
        </w:r>
      </w:hyperlink>
      <w:r w:rsidR="00E87668">
        <w:t xml:space="preserve"> </w:t>
      </w:r>
      <w:r>
        <w:t>)</w:t>
      </w:r>
    </w:p>
    <w:p w14:paraId="152733AA" w14:textId="0A94166D" w:rsidR="00040E41" w:rsidRDefault="00040E41" w:rsidP="00EE013B">
      <w:pPr>
        <w:pStyle w:val="ListBullet2"/>
        <w:numPr>
          <w:ilvl w:val="0"/>
          <w:numId w:val="0"/>
        </w:numPr>
        <w:spacing w:after="0" w:line="168" w:lineRule="auto"/>
        <w:ind w:left="677"/>
      </w:pPr>
    </w:p>
    <w:p w14:paraId="4540792F" w14:textId="0E97EBC2" w:rsidR="00EE013B" w:rsidRDefault="00EE013B" w:rsidP="00EE013B">
      <w:pPr>
        <w:pStyle w:val="ListBullet2"/>
      </w:pPr>
      <w:r>
        <w:t>When submitting a reschedule request, please include:</w:t>
      </w:r>
    </w:p>
    <w:p w14:paraId="18F73ED3" w14:textId="751BE701" w:rsidR="00040E41" w:rsidRDefault="00000000" w:rsidP="00EE013B">
      <w:pPr>
        <w:pStyle w:val="ListBullet2"/>
      </w:pPr>
      <w:r>
        <w:t>Which age group &amp; division (I.E. PG Northwest 13U Silver)</w:t>
      </w:r>
    </w:p>
    <w:p w14:paraId="76005BD8" w14:textId="2D6EB576" w:rsidR="00040E41" w:rsidRDefault="00000000" w:rsidP="00EE013B">
      <w:pPr>
        <w:pStyle w:val="ListBullet2"/>
        <w:spacing w:after="0"/>
        <w:ind w:left="677" w:hanging="216"/>
      </w:pPr>
      <w:r>
        <w:lastRenderedPageBreak/>
        <w:t>​The original game information (date, time, location, home &amp; away team)</w:t>
      </w:r>
    </w:p>
    <w:p w14:paraId="02884E34" w14:textId="420CF056" w:rsidR="00040E41" w:rsidRDefault="00000000" w:rsidP="00EE013B">
      <w:pPr>
        <w:pStyle w:val="ListBullet2"/>
        <w:spacing w:after="0"/>
        <w:ind w:left="677" w:hanging="216"/>
      </w:pPr>
      <w:r>
        <w:t>​The new game information (date, time, location)</w:t>
      </w:r>
    </w:p>
    <w:p w14:paraId="422CDD48" w14:textId="77777777" w:rsidR="00040E41" w:rsidRDefault="00000000">
      <w:r>
        <w:br w:type="page"/>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328"/>
        <w:gridCol w:w="5328"/>
      </w:tblGrid>
      <w:tr w:rsidR="00040E41" w14:paraId="245C91DD" w14:textId="77777777">
        <w:trPr>
          <w:jc w:val="center"/>
        </w:trPr>
        <w:tc>
          <w:tcPr>
            <w:tcW w:w="5328" w:type="dxa"/>
            <w:tcBorders>
              <w:top w:val="nil"/>
              <w:left w:val="nil"/>
              <w:bottom w:val="nil"/>
              <w:right w:val="nil"/>
            </w:tcBorders>
            <w:tcMar>
              <w:top w:w="40" w:type="dxa"/>
              <w:left w:w="80" w:type="dxa"/>
              <w:bottom w:w="40" w:type="dxa"/>
              <w:right w:w="80" w:type="dxa"/>
            </w:tcMar>
            <w:vAlign w:val="center"/>
          </w:tcPr>
          <w:p w14:paraId="4E31FC6F" w14:textId="77777777" w:rsidR="00040E41" w:rsidRDefault="00000000">
            <w:r>
              <w:rPr>
                <w:noProof/>
              </w:rPr>
              <w:lastRenderedPageBreak/>
              <w:drawing>
                <wp:inline distT="0" distB="0" distL="0" distR="0" wp14:anchorId="7734D182" wp14:editId="405667D4">
                  <wp:extent cx="868680" cy="8686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PGNWlogo.png"/>
                          <pic:cNvPicPr/>
                        </pic:nvPicPr>
                        <pic:blipFill>
                          <a:blip r:embed="rId8"/>
                          <a:stretch>
                            <a:fillRect/>
                          </a:stretch>
                        </pic:blipFill>
                        <pic:spPr>
                          <a:xfrm>
                            <a:off x="0" y="0"/>
                            <a:ext cx="868680" cy="868680"/>
                          </a:xfrm>
                          <a:prstGeom prst="rect">
                            <a:avLst/>
                          </a:prstGeom>
                        </pic:spPr>
                      </pic:pic>
                    </a:graphicData>
                  </a:graphic>
                </wp:inline>
              </w:drawing>
            </w:r>
          </w:p>
        </w:tc>
        <w:tc>
          <w:tcPr>
            <w:tcW w:w="5328" w:type="dxa"/>
            <w:tcBorders>
              <w:top w:val="nil"/>
              <w:left w:val="nil"/>
              <w:bottom w:val="nil"/>
              <w:right w:val="nil"/>
            </w:tcBorders>
            <w:tcMar>
              <w:top w:w="40" w:type="dxa"/>
              <w:left w:w="80" w:type="dxa"/>
              <w:bottom w:w="40" w:type="dxa"/>
              <w:right w:w="80" w:type="dxa"/>
            </w:tcMar>
            <w:vAlign w:val="center"/>
          </w:tcPr>
          <w:p w14:paraId="6EAE00AB" w14:textId="77777777" w:rsidR="00040E41" w:rsidRDefault="00000000">
            <w:pPr>
              <w:spacing w:after="0"/>
              <w:jc w:val="center"/>
            </w:pPr>
            <w:r>
              <w:rPr>
                <w:rFonts w:ascii="Aptos Display" w:hAnsi="Aptos Display"/>
                <w:b/>
                <w:color w:val="17365D"/>
                <w:sz w:val="32"/>
              </w:rPr>
              <w:t>Perfect Game Northwest</w:t>
            </w:r>
            <w:r>
              <w:rPr>
                <w:rFonts w:ascii="Aptos Display" w:hAnsi="Aptos Display"/>
                <w:b/>
                <w:color w:val="17365D"/>
                <w:sz w:val="32"/>
              </w:rPr>
              <w:br/>
              <w:t>2026 League Handbook</w:t>
            </w:r>
          </w:p>
        </w:tc>
      </w:tr>
    </w:tbl>
    <w:p w14:paraId="0E549AF0" w14:textId="77777777" w:rsidR="00040E41" w:rsidRDefault="00040E41">
      <w:pPr>
        <w:spacing w:after="0"/>
      </w:pPr>
    </w:p>
    <w:p w14:paraId="5EC89FE2" w14:textId="77777777" w:rsidR="00040E41" w:rsidRDefault="00000000">
      <w:pPr>
        <w:keepNext/>
        <w:shd w:val="clear" w:color="auto" w:fill="17365D"/>
        <w:spacing w:before="200"/>
        <w:ind w:left="72" w:right="72"/>
      </w:pPr>
      <w:r>
        <w:rPr>
          <w:b/>
          <w:color w:val="FFFFFF"/>
          <w:sz w:val="23"/>
          <w:u w:val="single"/>
        </w:rPr>
        <w:t>Roster &amp; Player Waiver Requirements</w:t>
      </w:r>
    </w:p>
    <w:p w14:paraId="51AA91DE" w14:textId="5681A89A" w:rsidR="00040E41" w:rsidRDefault="00000000">
      <w:pPr>
        <w:pStyle w:val="ListBullet"/>
        <w:spacing w:after="0"/>
        <w:ind w:hanging="216"/>
      </w:pPr>
      <w:r>
        <w:t>​</w:t>
      </w:r>
      <w:r w:rsidR="00EE013B">
        <w:t>All players must be rostered on the Perfect Game website listed on your team roster for the league.</w:t>
      </w:r>
    </w:p>
    <w:p w14:paraId="731954B8" w14:textId="74534FEE" w:rsidR="00040E41" w:rsidRDefault="00000000" w:rsidP="00EE013B">
      <w:pPr>
        <w:pStyle w:val="ListBullet"/>
        <w:spacing w:after="0"/>
        <w:ind w:hanging="216"/>
      </w:pPr>
      <w:r>
        <w:t>​​The maximum number of players allowed on a league roster is as follows:</w:t>
      </w:r>
    </w:p>
    <w:p w14:paraId="3A2C54CD" w14:textId="50AE4827" w:rsidR="00EE013B" w:rsidRDefault="00EE013B" w:rsidP="00EE013B">
      <w:pPr>
        <w:pStyle w:val="ListBullet"/>
        <w:spacing w:after="0"/>
        <w:ind w:hanging="216"/>
      </w:pPr>
      <w:r>
        <w:t>All players must have waivers signed and jersey numbers added online</w:t>
      </w:r>
    </w:p>
    <w:p w14:paraId="6F482932" w14:textId="56D8D084" w:rsidR="00065D8D" w:rsidRDefault="00065D8D" w:rsidP="00EE013B">
      <w:pPr>
        <w:pStyle w:val="ListBullet"/>
        <w:spacing w:after="0"/>
        <w:ind w:hanging="216"/>
      </w:pPr>
      <w:r>
        <w:t>Roster deadline is 1 day before the official start day of league play.</w:t>
      </w:r>
    </w:p>
    <w:p w14:paraId="2DD3FC00" w14:textId="3B2E53D9" w:rsidR="00040E41" w:rsidRDefault="00040E41" w:rsidP="00EE013B">
      <w:pPr>
        <w:pStyle w:val="ListBullet2"/>
        <w:numPr>
          <w:ilvl w:val="0"/>
          <w:numId w:val="0"/>
        </w:numPr>
        <w:spacing w:after="0" w:line="168" w:lineRule="auto"/>
        <w:ind w:left="677"/>
      </w:pPr>
    </w:p>
    <w:p w14:paraId="387747DE" w14:textId="2ED5B6E4" w:rsidR="00040E41" w:rsidRDefault="00000000">
      <w:r>
        <w:rPr>
          <w:b/>
          <w:u w:val="single"/>
        </w:rPr>
        <w:t>1</w:t>
      </w:r>
      <w:r w:rsidR="00EE013B">
        <w:rPr>
          <w:b/>
          <w:u w:val="single"/>
        </w:rPr>
        <w:t>2</w:t>
      </w:r>
      <w:r>
        <w:rPr>
          <w:b/>
          <w:u w:val="single"/>
        </w:rPr>
        <w:t>U - 14U​</w:t>
      </w:r>
    </w:p>
    <w:p w14:paraId="4BC09A05" w14:textId="77777777" w:rsidR="00EE013B" w:rsidRDefault="00EE013B" w:rsidP="00EE013B">
      <w:pPr>
        <w:pStyle w:val="ListBullet2"/>
      </w:pPr>
      <w:r>
        <w:t xml:space="preserve">18 player roster </w:t>
      </w:r>
      <w:proofErr w:type="gramStart"/>
      <w:r>
        <w:t>maximum</w:t>
      </w:r>
      <w:proofErr w:type="gramEnd"/>
    </w:p>
    <w:p w14:paraId="3226C96B" w14:textId="77777777" w:rsidR="00040E41" w:rsidRDefault="00000000" w:rsidP="00EE013B">
      <w:pPr>
        <w:pStyle w:val="ListBullet2"/>
        <w:numPr>
          <w:ilvl w:val="0"/>
          <w:numId w:val="0"/>
        </w:numPr>
        <w:spacing w:after="0"/>
        <w:ind w:left="677"/>
      </w:pPr>
      <w:r>
        <w:t>​</w:t>
      </w:r>
    </w:p>
    <w:p w14:paraId="1509DFB2" w14:textId="77777777" w:rsidR="00040E41" w:rsidRDefault="00000000">
      <w:r>
        <w:rPr>
          <w:b/>
          <w:u w:val="single"/>
        </w:rPr>
        <w:t>15U - 18U​</w:t>
      </w:r>
    </w:p>
    <w:p w14:paraId="581930BB" w14:textId="77777777" w:rsidR="00EE013B" w:rsidRDefault="00EE013B" w:rsidP="00EE013B">
      <w:pPr>
        <w:pStyle w:val="ListBullet"/>
      </w:pPr>
      <w:r>
        <w:t xml:space="preserve">22 player roster </w:t>
      </w:r>
      <w:proofErr w:type="gramStart"/>
      <w:r>
        <w:t>maximum</w:t>
      </w:r>
      <w:proofErr w:type="gramEnd"/>
    </w:p>
    <w:p w14:paraId="4162B0CA" w14:textId="714347D5" w:rsidR="00040E41" w:rsidRDefault="00000000" w:rsidP="00EE013B">
      <w:pPr>
        <w:pStyle w:val="ListBullet"/>
        <w:numPr>
          <w:ilvl w:val="0"/>
          <w:numId w:val="0"/>
        </w:numPr>
        <w:spacing w:after="0"/>
        <w:ind w:left="360"/>
      </w:pPr>
      <w:r>
        <w:t>​​</w:t>
      </w:r>
    </w:p>
    <w:p w14:paraId="6EE3D9B1" w14:textId="08F0FA4D" w:rsidR="00040E41" w:rsidRDefault="00000000" w:rsidP="00065D8D">
      <w:pPr>
        <w:keepNext/>
        <w:spacing w:before="140" w:after="60"/>
        <w:rPr>
          <w:b/>
          <w:u w:val="single"/>
        </w:rPr>
      </w:pPr>
      <w:r>
        <w:rPr>
          <w:b/>
          <w:color w:val="17365D"/>
          <w:sz w:val="21"/>
          <w:u w:val="single"/>
        </w:rPr>
        <w:t>Dual Rostering</w:t>
      </w:r>
    </w:p>
    <w:p w14:paraId="0908CD29" w14:textId="6B568BAE" w:rsidR="00065D8D" w:rsidRDefault="00065D8D" w:rsidP="00065D8D">
      <w:pPr>
        <w:pStyle w:val="ListParagraph"/>
        <w:numPr>
          <w:ilvl w:val="0"/>
          <w:numId w:val="14"/>
        </w:numPr>
      </w:pPr>
      <w:r>
        <w:t>Players are allowed to be dual rostered if playing up an age group, but players cannot play on 3 or more different teams in 3+ age groups</w:t>
      </w:r>
    </w:p>
    <w:p w14:paraId="0D2A0D21" w14:textId="71DDF6EB" w:rsidR="00065D8D" w:rsidRDefault="00065D8D" w:rsidP="00065D8D">
      <w:pPr>
        <w:pStyle w:val="ListParagraph"/>
        <w:numPr>
          <w:ilvl w:val="0"/>
          <w:numId w:val="14"/>
        </w:numPr>
      </w:pPr>
      <w:r>
        <w:t>For organizations with multiple teams in the same age group, players are NOT allowed to be rostered on multiple teams in the same age group</w:t>
      </w:r>
    </w:p>
    <w:p w14:paraId="7784CB11" w14:textId="77777777" w:rsidR="00040E41" w:rsidRDefault="00000000">
      <w:pPr>
        <w:keepNext/>
        <w:spacing w:before="140" w:after="60"/>
      </w:pPr>
      <w:r>
        <w:rPr>
          <w:b/>
          <w:color w:val="17365D"/>
          <w:sz w:val="21"/>
          <w:u w:val="single"/>
        </w:rPr>
        <w:t>Postseason Eligibility</w:t>
      </w:r>
    </w:p>
    <w:p w14:paraId="14F656A0" w14:textId="571CC15A" w:rsidR="00040E41" w:rsidRDefault="00000000" w:rsidP="00065D8D">
      <w:pPr>
        <w:pStyle w:val="ListBullet2"/>
        <w:spacing w:after="0"/>
        <w:ind w:left="677" w:hanging="216"/>
      </w:pPr>
      <w:r>
        <w:t>​To be eligible for postseason play, players must meet the following criteria on their respective teams</w:t>
      </w:r>
    </w:p>
    <w:p w14:paraId="4965FA10" w14:textId="05328A2B" w:rsidR="00040E41" w:rsidRDefault="00040E41" w:rsidP="00065D8D">
      <w:pPr>
        <w:pStyle w:val="ListBullet2"/>
        <w:numPr>
          <w:ilvl w:val="0"/>
          <w:numId w:val="0"/>
        </w:numPr>
        <w:spacing w:after="0" w:line="168" w:lineRule="auto"/>
        <w:ind w:left="677"/>
      </w:pPr>
    </w:p>
    <w:p w14:paraId="68370BA8" w14:textId="2105536C" w:rsidR="00040E41" w:rsidRDefault="00000000">
      <w:r>
        <w:rPr>
          <w:b/>
          <w:u w:val="single"/>
        </w:rPr>
        <w:t>1</w:t>
      </w:r>
      <w:r w:rsidR="00065D8D">
        <w:rPr>
          <w:b/>
          <w:u w:val="single"/>
        </w:rPr>
        <w:t>2</w:t>
      </w:r>
      <w:r>
        <w:rPr>
          <w:b/>
          <w:u w:val="single"/>
        </w:rPr>
        <w:t>U - 14U​</w:t>
      </w:r>
    </w:p>
    <w:p w14:paraId="22C70FB0" w14:textId="77777777" w:rsidR="00040E41" w:rsidRDefault="00000000" w:rsidP="004D6AE2">
      <w:pPr>
        <w:pStyle w:val="ListParagraph"/>
        <w:numPr>
          <w:ilvl w:val="0"/>
          <w:numId w:val="16"/>
        </w:numPr>
        <w:spacing w:after="0"/>
      </w:pPr>
      <w:r>
        <w:t>Appear in 5 league games OR have pitched 12 innings in league games</w:t>
      </w:r>
    </w:p>
    <w:p w14:paraId="49B19CBE" w14:textId="77777777" w:rsidR="00040E41" w:rsidRDefault="00000000">
      <w:pPr>
        <w:pStyle w:val="ListBullet2"/>
        <w:spacing w:after="0"/>
        <w:ind w:left="677" w:hanging="216"/>
      </w:pPr>
      <w:r>
        <w:rPr>
          <w:rFonts w:ascii="Arial" w:hAnsi="Arial" w:cs="Arial"/>
        </w:rPr>
        <w:t>​</w:t>
      </w:r>
    </w:p>
    <w:p w14:paraId="3DD6FBA4" w14:textId="77777777" w:rsidR="00040E41" w:rsidRDefault="00000000">
      <w:r>
        <w:rPr>
          <w:b/>
          <w:u w:val="single"/>
        </w:rPr>
        <w:t>15U - 18U​</w:t>
      </w:r>
    </w:p>
    <w:p w14:paraId="7B809B84" w14:textId="0A534FEB" w:rsidR="00040E41" w:rsidRDefault="00000000" w:rsidP="00065D8D">
      <w:pPr>
        <w:pStyle w:val="ListParagraph"/>
        <w:numPr>
          <w:ilvl w:val="0"/>
          <w:numId w:val="15"/>
        </w:numPr>
        <w:spacing w:after="0"/>
      </w:pPr>
      <w:r>
        <w:t>Appear in 4 league games OR have pitched 10 innings in league games</w:t>
      </w:r>
    </w:p>
    <w:p w14:paraId="60D26559" w14:textId="2422AEA2" w:rsidR="00040E41" w:rsidRDefault="00000000" w:rsidP="00065D8D">
      <w:pPr>
        <w:pStyle w:val="ListBullet2"/>
        <w:spacing w:after="0"/>
        <w:ind w:left="677" w:hanging="216"/>
      </w:pPr>
      <w:r>
        <w:t>​Injury exemptions are possible - must be cleared by the league office prior to the postseason</w:t>
      </w:r>
      <w:r w:rsidR="00065D8D">
        <w:t>. A note from a DR must be submitted showing the player is hurt and is out for a specific amount of time before returning to play.</w:t>
      </w:r>
    </w:p>
    <w:p w14:paraId="0286DF01" w14:textId="49B802D3" w:rsidR="00040E41" w:rsidRDefault="00040E41" w:rsidP="00065D8D">
      <w:pPr>
        <w:pStyle w:val="ListBullet"/>
        <w:numPr>
          <w:ilvl w:val="0"/>
          <w:numId w:val="0"/>
        </w:numPr>
        <w:spacing w:after="0" w:line="168" w:lineRule="auto"/>
        <w:ind w:left="360"/>
      </w:pPr>
    </w:p>
    <w:p w14:paraId="0B25CA69" w14:textId="77777777" w:rsidR="00040E41" w:rsidRDefault="00000000">
      <w:pPr>
        <w:keepNext/>
        <w:spacing w:before="140" w:after="60"/>
      </w:pPr>
      <w:r>
        <w:rPr>
          <w:b/>
          <w:color w:val="17365D"/>
          <w:sz w:val="21"/>
          <w:u w:val="single"/>
        </w:rPr>
        <w:t>Tampering</w:t>
      </w:r>
    </w:p>
    <w:p w14:paraId="0A590294" w14:textId="71310CE1" w:rsidR="00040E41" w:rsidRDefault="00000000" w:rsidP="00065D8D">
      <w:pPr>
        <w:pStyle w:val="ListBullet2"/>
        <w:spacing w:after="0"/>
        <w:ind w:left="677" w:hanging="216"/>
      </w:pPr>
      <w:r>
        <w:t>​Once rosters are submitted, players are locked on their team unless an official release is submitted to the</w:t>
      </w:r>
    </w:p>
    <w:p w14:paraId="13C48E35" w14:textId="77777777" w:rsidR="00040E41" w:rsidRDefault="00000000">
      <w:pPr>
        <w:spacing w:after="0"/>
      </w:pPr>
      <w:r>
        <w:t>league from either the head coach or GM of that team. Teams MUST refrain from contacting/recruiting</w:t>
      </w:r>
    </w:p>
    <w:p w14:paraId="769041B2" w14:textId="77777777" w:rsidR="00040E41" w:rsidRDefault="00000000">
      <w:pPr>
        <w:spacing w:after="0"/>
      </w:pPr>
      <w:r>
        <w:t>players on opposing teams about joining their team for this season and/or future seasons.</w:t>
      </w:r>
    </w:p>
    <w:p w14:paraId="17353D95" w14:textId="77777777" w:rsidR="00040E41" w:rsidRDefault="00000000">
      <w:r>
        <w:br w:type="page"/>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328"/>
        <w:gridCol w:w="5328"/>
      </w:tblGrid>
      <w:tr w:rsidR="00040E41" w14:paraId="074A25BA" w14:textId="77777777">
        <w:trPr>
          <w:jc w:val="center"/>
        </w:trPr>
        <w:tc>
          <w:tcPr>
            <w:tcW w:w="5328" w:type="dxa"/>
            <w:tcBorders>
              <w:top w:val="nil"/>
              <w:left w:val="nil"/>
              <w:bottom w:val="nil"/>
              <w:right w:val="nil"/>
            </w:tcBorders>
            <w:tcMar>
              <w:top w:w="40" w:type="dxa"/>
              <w:left w:w="80" w:type="dxa"/>
              <w:bottom w:w="40" w:type="dxa"/>
              <w:right w:w="80" w:type="dxa"/>
            </w:tcMar>
            <w:vAlign w:val="center"/>
          </w:tcPr>
          <w:p w14:paraId="7088309A" w14:textId="77777777" w:rsidR="00040E41" w:rsidRDefault="00000000">
            <w:r>
              <w:rPr>
                <w:noProof/>
              </w:rPr>
              <w:lastRenderedPageBreak/>
              <w:drawing>
                <wp:inline distT="0" distB="0" distL="0" distR="0" wp14:anchorId="4DDA16BE" wp14:editId="42A751FD">
                  <wp:extent cx="868680" cy="8686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PGNWlogo.png"/>
                          <pic:cNvPicPr/>
                        </pic:nvPicPr>
                        <pic:blipFill>
                          <a:blip r:embed="rId8"/>
                          <a:stretch>
                            <a:fillRect/>
                          </a:stretch>
                        </pic:blipFill>
                        <pic:spPr>
                          <a:xfrm>
                            <a:off x="0" y="0"/>
                            <a:ext cx="868680" cy="868680"/>
                          </a:xfrm>
                          <a:prstGeom prst="rect">
                            <a:avLst/>
                          </a:prstGeom>
                        </pic:spPr>
                      </pic:pic>
                    </a:graphicData>
                  </a:graphic>
                </wp:inline>
              </w:drawing>
            </w:r>
          </w:p>
        </w:tc>
        <w:tc>
          <w:tcPr>
            <w:tcW w:w="5328" w:type="dxa"/>
            <w:tcBorders>
              <w:top w:val="nil"/>
              <w:left w:val="nil"/>
              <w:bottom w:val="nil"/>
              <w:right w:val="nil"/>
            </w:tcBorders>
            <w:tcMar>
              <w:top w:w="40" w:type="dxa"/>
              <w:left w:w="80" w:type="dxa"/>
              <w:bottom w:w="40" w:type="dxa"/>
              <w:right w:w="80" w:type="dxa"/>
            </w:tcMar>
            <w:vAlign w:val="center"/>
          </w:tcPr>
          <w:p w14:paraId="33BD7BFB" w14:textId="77777777" w:rsidR="00040E41" w:rsidRDefault="00000000">
            <w:pPr>
              <w:spacing w:after="0"/>
              <w:jc w:val="center"/>
            </w:pPr>
            <w:r>
              <w:rPr>
                <w:rFonts w:ascii="Aptos Display" w:hAnsi="Aptos Display"/>
                <w:b/>
                <w:color w:val="17365D"/>
                <w:sz w:val="32"/>
              </w:rPr>
              <w:t>Perfect Game Northwest</w:t>
            </w:r>
            <w:r>
              <w:rPr>
                <w:rFonts w:ascii="Aptos Display" w:hAnsi="Aptos Display"/>
                <w:b/>
                <w:color w:val="17365D"/>
                <w:sz w:val="32"/>
              </w:rPr>
              <w:br/>
              <w:t>2026 League Handbook</w:t>
            </w:r>
          </w:p>
        </w:tc>
      </w:tr>
    </w:tbl>
    <w:p w14:paraId="4296065E" w14:textId="77777777" w:rsidR="00040E41" w:rsidRDefault="00040E41">
      <w:pPr>
        <w:spacing w:after="0"/>
      </w:pPr>
    </w:p>
    <w:p w14:paraId="107F2E06" w14:textId="77777777" w:rsidR="00040E41" w:rsidRDefault="00000000">
      <w:pPr>
        <w:keepNext/>
        <w:shd w:val="clear" w:color="auto" w:fill="17365D"/>
        <w:spacing w:before="200"/>
        <w:ind w:left="72" w:right="72"/>
        <w:rPr>
          <w:b/>
          <w:sz w:val="21"/>
          <w:u w:val="single"/>
        </w:rPr>
      </w:pPr>
      <w:r>
        <w:rPr>
          <w:b/>
          <w:color w:val="FFFFFF"/>
          <w:sz w:val="23"/>
          <w:u w:val="single"/>
        </w:rPr>
        <w:t>Postseason Qualification Criteria</w:t>
      </w:r>
    </w:p>
    <w:p w14:paraId="3B7E2F2D" w14:textId="30D73107" w:rsidR="00065D8D" w:rsidRDefault="00065D8D" w:rsidP="00065D8D">
      <w:pPr>
        <w:pStyle w:val="ListParagraph"/>
        <w:numPr>
          <w:ilvl w:val="0"/>
          <w:numId w:val="15"/>
        </w:numPr>
        <w:spacing w:before="60" w:after="20"/>
      </w:pPr>
      <w:r>
        <w:t>Based on the total amount of teams in league, we will take a minimum of 4 teams to bracket play and a max of 12 teams per division.</w:t>
      </w:r>
    </w:p>
    <w:p w14:paraId="68E940AE" w14:textId="77777777" w:rsidR="00040E41" w:rsidRDefault="00000000">
      <w:pPr>
        <w:keepNext/>
        <w:shd w:val="clear" w:color="auto" w:fill="17365D"/>
        <w:spacing w:before="200"/>
        <w:ind w:left="72" w:right="72"/>
      </w:pPr>
      <w:r>
        <w:rPr>
          <w:b/>
          <w:color w:val="FFFFFF"/>
          <w:sz w:val="23"/>
          <w:u w:val="single"/>
        </w:rPr>
        <w:t>Postseason Details</w:t>
      </w:r>
    </w:p>
    <w:p w14:paraId="57634DCB" w14:textId="77777777" w:rsidR="00040E41" w:rsidRDefault="00000000">
      <w:pPr>
        <w:pStyle w:val="ListBullet"/>
        <w:spacing w:after="0"/>
        <w:ind w:hanging="216"/>
      </w:pPr>
      <w:r>
        <w:rPr>
          <w:b/>
        </w:rPr>
        <w:t>League Playoffs</w:t>
      </w:r>
    </w:p>
    <w:p w14:paraId="17AC44E2" w14:textId="345E0E75" w:rsidR="00040E41" w:rsidRDefault="00000000">
      <w:pPr>
        <w:pStyle w:val="ListBullet2"/>
        <w:spacing w:after="0"/>
        <w:ind w:left="677" w:hanging="216"/>
      </w:pPr>
      <w:r>
        <w:t xml:space="preserve">The league playoffs will </w:t>
      </w:r>
      <w:r w:rsidR="00065D8D">
        <w:t>be a single elimination tournament</w:t>
      </w:r>
      <w:r w:rsidR="00BE1DE0">
        <w:t xml:space="preserve"> that will have a chance to start as early as Friday </w:t>
      </w:r>
      <w:proofErr w:type="gramStart"/>
      <w:r w:rsidR="00BE1DE0">
        <w:t>afternoon, and</w:t>
      </w:r>
      <w:proofErr w:type="gramEnd"/>
      <w:r w:rsidR="00BE1DE0">
        <w:t xml:space="preserve"> ending either Saturday or Sunday depending on the age group.</w:t>
      </w:r>
    </w:p>
    <w:p w14:paraId="519A8CE0" w14:textId="77777777" w:rsidR="00040E41" w:rsidRDefault="00000000">
      <w:pPr>
        <w:pStyle w:val="ListBullet"/>
        <w:spacing w:after="0"/>
        <w:ind w:hanging="216"/>
      </w:pPr>
      <w:r>
        <w:rPr>
          <w:b/>
        </w:rPr>
        <w:t>Postseason Notes</w:t>
      </w:r>
    </w:p>
    <w:p w14:paraId="311B4FAF" w14:textId="77777777" w:rsidR="00040E41" w:rsidRDefault="00000000">
      <w:pPr>
        <w:pStyle w:val="ListBullet2"/>
        <w:spacing w:after="0"/>
        <w:ind w:left="677" w:hanging="216"/>
      </w:pPr>
      <w:r>
        <w:t>Perfect Game Northwest will provide fields, baseballs, and umpires for all postseason contests</w:t>
      </w:r>
    </w:p>
    <w:p w14:paraId="69F0CFB3" w14:textId="77777777" w:rsidR="00040E41" w:rsidRDefault="00000000">
      <w:r>
        <w:br w:type="page"/>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328"/>
        <w:gridCol w:w="5328"/>
      </w:tblGrid>
      <w:tr w:rsidR="00040E41" w14:paraId="0BFBA323" w14:textId="77777777">
        <w:trPr>
          <w:jc w:val="center"/>
        </w:trPr>
        <w:tc>
          <w:tcPr>
            <w:tcW w:w="5328" w:type="dxa"/>
            <w:tcBorders>
              <w:top w:val="nil"/>
              <w:left w:val="nil"/>
              <w:bottom w:val="nil"/>
              <w:right w:val="nil"/>
            </w:tcBorders>
            <w:tcMar>
              <w:top w:w="40" w:type="dxa"/>
              <w:left w:w="80" w:type="dxa"/>
              <w:bottom w:w="40" w:type="dxa"/>
              <w:right w:w="80" w:type="dxa"/>
            </w:tcMar>
            <w:vAlign w:val="center"/>
          </w:tcPr>
          <w:p w14:paraId="565CFEBC" w14:textId="77777777" w:rsidR="00040E41" w:rsidRDefault="00000000">
            <w:r>
              <w:rPr>
                <w:noProof/>
              </w:rPr>
              <w:lastRenderedPageBreak/>
              <w:drawing>
                <wp:inline distT="0" distB="0" distL="0" distR="0" wp14:anchorId="28011E05" wp14:editId="4DE967C1">
                  <wp:extent cx="868680" cy="8686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PGNWlogo.png"/>
                          <pic:cNvPicPr/>
                        </pic:nvPicPr>
                        <pic:blipFill>
                          <a:blip r:embed="rId8"/>
                          <a:stretch>
                            <a:fillRect/>
                          </a:stretch>
                        </pic:blipFill>
                        <pic:spPr>
                          <a:xfrm>
                            <a:off x="0" y="0"/>
                            <a:ext cx="868680" cy="868680"/>
                          </a:xfrm>
                          <a:prstGeom prst="rect">
                            <a:avLst/>
                          </a:prstGeom>
                        </pic:spPr>
                      </pic:pic>
                    </a:graphicData>
                  </a:graphic>
                </wp:inline>
              </w:drawing>
            </w:r>
          </w:p>
        </w:tc>
        <w:tc>
          <w:tcPr>
            <w:tcW w:w="5328" w:type="dxa"/>
            <w:tcBorders>
              <w:top w:val="nil"/>
              <w:left w:val="nil"/>
              <w:bottom w:val="nil"/>
              <w:right w:val="nil"/>
            </w:tcBorders>
            <w:tcMar>
              <w:top w:w="40" w:type="dxa"/>
              <w:left w:w="80" w:type="dxa"/>
              <w:bottom w:w="40" w:type="dxa"/>
              <w:right w:w="80" w:type="dxa"/>
            </w:tcMar>
            <w:vAlign w:val="center"/>
          </w:tcPr>
          <w:p w14:paraId="48A5640A" w14:textId="77777777" w:rsidR="00040E41" w:rsidRDefault="00000000">
            <w:pPr>
              <w:spacing w:after="0"/>
              <w:jc w:val="center"/>
            </w:pPr>
            <w:r>
              <w:rPr>
                <w:rFonts w:ascii="Aptos Display" w:hAnsi="Aptos Display"/>
                <w:b/>
                <w:color w:val="17365D"/>
                <w:sz w:val="32"/>
              </w:rPr>
              <w:t>Perfect Game Northwest</w:t>
            </w:r>
            <w:r>
              <w:rPr>
                <w:rFonts w:ascii="Aptos Display" w:hAnsi="Aptos Display"/>
                <w:b/>
                <w:color w:val="17365D"/>
                <w:sz w:val="32"/>
              </w:rPr>
              <w:br/>
              <w:t>2026 League Handbook</w:t>
            </w:r>
          </w:p>
        </w:tc>
      </w:tr>
    </w:tbl>
    <w:p w14:paraId="4FAE1E7A" w14:textId="77777777" w:rsidR="00040E41" w:rsidRDefault="00040E41">
      <w:pPr>
        <w:spacing w:after="0"/>
      </w:pPr>
    </w:p>
    <w:p w14:paraId="65D400F7" w14:textId="77777777" w:rsidR="00040E41" w:rsidRDefault="00000000">
      <w:pPr>
        <w:keepNext/>
        <w:shd w:val="clear" w:color="auto" w:fill="17365D"/>
        <w:spacing w:before="200"/>
        <w:ind w:left="72" w:right="72"/>
      </w:pPr>
      <w:r>
        <w:rPr>
          <w:b/>
          <w:color w:val="FFFFFF"/>
          <w:sz w:val="23"/>
          <w:u w:val="single"/>
        </w:rPr>
        <w:t>Game Rules (Regular Season &amp; Postseason)</w:t>
      </w:r>
    </w:p>
    <w:p w14:paraId="5C84848F" w14:textId="1F5137A7" w:rsidR="00040E41" w:rsidRDefault="00000000" w:rsidP="00185BFF">
      <w:pPr>
        <w:pStyle w:val="ListBullet"/>
        <w:spacing w:after="0"/>
        <w:ind w:hanging="216"/>
      </w:pPr>
      <w:r>
        <w:t xml:space="preserve">​Any game rules not covered in this section will defer to the </w:t>
      </w:r>
      <w:r w:rsidR="00185BFF">
        <w:t>NFHS Rule book</w:t>
      </w:r>
    </w:p>
    <w:p w14:paraId="0706B3C0" w14:textId="460C79EB" w:rsidR="00040E41" w:rsidRDefault="00000000" w:rsidP="00185BFF">
      <w:pPr>
        <w:pStyle w:val="ListBullet"/>
        <w:spacing w:after="0"/>
        <w:ind w:hanging="216"/>
      </w:pPr>
      <w:r>
        <w:t>​League games are 7 innings in length</w:t>
      </w:r>
      <w:r w:rsidR="00185BFF">
        <w:t xml:space="preserve"> for 13u-18, and 6 innings for 12u</w:t>
      </w:r>
      <w:r>
        <w:t xml:space="preserve">. If the game is tied after </w:t>
      </w:r>
      <w:r w:rsidR="00185BFF">
        <w:t xml:space="preserve">6 or </w:t>
      </w:r>
      <w:r>
        <w:t>7 complete innings</w:t>
      </w:r>
      <w:r w:rsidR="00185BFF">
        <w:t xml:space="preserve"> depending on the age group</w:t>
      </w:r>
      <w:r>
        <w:t>, extra innings should be played</w:t>
      </w:r>
    </w:p>
    <w:p w14:paraId="3E7FA877" w14:textId="57D20F91" w:rsidR="00185BFF" w:rsidRDefault="00185BFF">
      <w:pPr>
        <w:pStyle w:val="ListBullet"/>
        <w:spacing w:after="0"/>
        <w:ind w:hanging="216"/>
      </w:pPr>
      <w:r>
        <w:t xml:space="preserve">Extra innings will follow the PG extra innings rules which is bases loaded 1 out. The 3 prior hitters in the lineup before the </w:t>
      </w:r>
      <w:proofErr w:type="spellStart"/>
      <w:r>
        <w:t>lead off</w:t>
      </w:r>
      <w:proofErr w:type="spellEnd"/>
      <w:r>
        <w:t xml:space="preserve"> hitter will be placed on based as if they were walked to get to the current </w:t>
      </w:r>
      <w:proofErr w:type="spellStart"/>
      <w:r>
        <w:t>lead off</w:t>
      </w:r>
      <w:proofErr w:type="spellEnd"/>
      <w:r>
        <w:t xml:space="preserve"> hitter.</w:t>
      </w:r>
    </w:p>
    <w:p w14:paraId="09B1519F" w14:textId="745DBF00" w:rsidR="00040E41" w:rsidRDefault="00000000" w:rsidP="003922AF">
      <w:pPr>
        <w:pStyle w:val="ListBullet"/>
        <w:spacing w:after="0"/>
        <w:ind w:hanging="216"/>
      </w:pPr>
      <w:r>
        <w:t>There are no league mandated time limits for PG Northwest League games. If there is a need for a time limit based on</w:t>
      </w:r>
    </w:p>
    <w:p w14:paraId="7990DA15" w14:textId="77777777" w:rsidR="003922AF" w:rsidRDefault="00000000" w:rsidP="003922AF">
      <w:pPr>
        <w:spacing w:after="0"/>
      </w:pPr>
      <w:r>
        <w:t>lights, another game following, and/or field reservations</w:t>
      </w:r>
      <w:r w:rsidR="003922AF">
        <w:t>, this needs to be communicated by the host team to the opposing team as well as the umpires at the plate meeting</w:t>
      </w:r>
    </w:p>
    <w:p w14:paraId="62A3FDE4" w14:textId="52E3224C" w:rsidR="00040E41" w:rsidRDefault="003922AF" w:rsidP="003922AF">
      <w:pPr>
        <w:pStyle w:val="ListParagraph"/>
        <w:numPr>
          <w:ilvl w:val="0"/>
          <w:numId w:val="15"/>
        </w:numPr>
        <w:spacing w:after="0"/>
      </w:pPr>
      <w:r>
        <w:t>For 12u games with a time limit still need to be a minimum of 1:45 minutes, 13u-18u a minimum of 2 hours.​</w:t>
      </w:r>
    </w:p>
    <w:p w14:paraId="51863281" w14:textId="468E85AD" w:rsidR="003922AF" w:rsidRDefault="003922AF" w:rsidP="003922AF">
      <w:pPr>
        <w:pStyle w:val="ListParagraph"/>
        <w:numPr>
          <w:ilvl w:val="0"/>
          <w:numId w:val="15"/>
        </w:numPr>
        <w:spacing w:after="0"/>
      </w:pPr>
      <w:r>
        <w:t>There should be NO use of a drop dead time</w:t>
      </w:r>
    </w:p>
    <w:p w14:paraId="319D2398" w14:textId="77777777" w:rsidR="003922AF" w:rsidRDefault="003922AF">
      <w:pPr>
        <w:spacing w:after="0"/>
      </w:pPr>
    </w:p>
    <w:p w14:paraId="48500B1D" w14:textId="6EA7ACCD" w:rsidR="00040E41" w:rsidRPr="003922AF" w:rsidRDefault="00000000">
      <w:pPr>
        <w:keepNext/>
        <w:spacing w:before="140" w:after="60"/>
        <w:rPr>
          <w:b/>
          <w:bCs/>
          <w:szCs w:val="24"/>
          <w:u w:val="single"/>
        </w:rPr>
      </w:pPr>
      <w:r w:rsidRPr="003922AF">
        <w:rPr>
          <w:b/>
          <w:bCs/>
          <w:color w:val="17365D"/>
          <w:sz w:val="21"/>
          <w:szCs w:val="24"/>
          <w:u w:val="single"/>
        </w:rPr>
        <w:t>Field size:</w:t>
      </w:r>
    </w:p>
    <w:p w14:paraId="7C1DE4F8" w14:textId="45EEAE85" w:rsidR="003922AF" w:rsidRDefault="00000000" w:rsidP="003922AF">
      <w:pPr>
        <w:pStyle w:val="ListBullet2"/>
        <w:spacing w:after="0"/>
        <w:ind w:left="677" w:hanging="216"/>
      </w:pPr>
      <w:r>
        <w:t>​</w:t>
      </w:r>
      <w:r w:rsidR="003922AF" w:rsidRPr="003922AF">
        <w:rPr>
          <w:b/>
          <w:bCs/>
          <w:u w:val="single"/>
        </w:rPr>
        <w:t>12u</w:t>
      </w:r>
      <w:r w:rsidR="003922AF">
        <w:t xml:space="preserve"> should be </w:t>
      </w:r>
      <w:proofErr w:type="gramStart"/>
      <w:r w:rsidR="003922AF">
        <w:t>50 foot</w:t>
      </w:r>
      <w:proofErr w:type="gramEnd"/>
      <w:r w:rsidR="003922AF">
        <w:t xml:space="preserve"> pitching, </w:t>
      </w:r>
      <w:proofErr w:type="gramStart"/>
      <w:r w:rsidR="003922AF">
        <w:t>70 foot</w:t>
      </w:r>
      <w:proofErr w:type="gramEnd"/>
      <w:r w:rsidR="003922AF">
        <w:t xml:space="preserve"> bases</w:t>
      </w:r>
    </w:p>
    <w:p w14:paraId="12BAF62B" w14:textId="60B2C6E7" w:rsidR="00040E41" w:rsidRPr="003922AF" w:rsidRDefault="00000000" w:rsidP="003922AF">
      <w:pPr>
        <w:pStyle w:val="ListBullet2"/>
        <w:spacing w:after="0"/>
        <w:ind w:left="677" w:hanging="216"/>
      </w:pPr>
      <w:r w:rsidRPr="003922AF">
        <w:rPr>
          <w:b/>
          <w:u w:val="single"/>
        </w:rPr>
        <w:t>13U​</w:t>
      </w:r>
      <w:r w:rsidR="003922AF">
        <w:rPr>
          <w:b/>
          <w:u w:val="single"/>
        </w:rPr>
        <w:t xml:space="preserve"> </w:t>
      </w:r>
      <w:r w:rsidR="003922AF" w:rsidRPr="003922AF">
        <w:rPr>
          <w:bCs/>
        </w:rPr>
        <w:t xml:space="preserve">should be </w:t>
      </w:r>
      <w:proofErr w:type="gramStart"/>
      <w:r w:rsidR="003922AF" w:rsidRPr="003922AF">
        <w:rPr>
          <w:bCs/>
        </w:rPr>
        <w:t>54 foot</w:t>
      </w:r>
      <w:proofErr w:type="gramEnd"/>
      <w:r w:rsidR="003922AF" w:rsidRPr="003922AF">
        <w:rPr>
          <w:bCs/>
        </w:rPr>
        <w:t xml:space="preserve"> pitching, </w:t>
      </w:r>
      <w:proofErr w:type="gramStart"/>
      <w:r w:rsidR="003922AF" w:rsidRPr="003922AF">
        <w:rPr>
          <w:bCs/>
        </w:rPr>
        <w:t>80 foot</w:t>
      </w:r>
      <w:proofErr w:type="gramEnd"/>
      <w:r w:rsidR="003922AF" w:rsidRPr="003922AF">
        <w:rPr>
          <w:bCs/>
        </w:rPr>
        <w:t xml:space="preserve"> bases</w:t>
      </w:r>
    </w:p>
    <w:p w14:paraId="29A07505" w14:textId="3BF790E6" w:rsidR="003922AF" w:rsidRDefault="003922AF" w:rsidP="003922AF">
      <w:pPr>
        <w:pStyle w:val="ListBullet2"/>
        <w:spacing w:after="0"/>
        <w:ind w:left="677" w:hanging="216"/>
      </w:pPr>
      <w:r>
        <w:rPr>
          <w:b/>
          <w:u w:val="single"/>
        </w:rPr>
        <w:t xml:space="preserve">14u-18 </w:t>
      </w:r>
      <w:r>
        <w:rPr>
          <w:bCs/>
        </w:rPr>
        <w:t xml:space="preserve">should be 60.6 inches pitching, </w:t>
      </w:r>
      <w:proofErr w:type="gramStart"/>
      <w:r>
        <w:rPr>
          <w:bCs/>
        </w:rPr>
        <w:t>90 foot</w:t>
      </w:r>
      <w:proofErr w:type="gramEnd"/>
      <w:r>
        <w:rPr>
          <w:bCs/>
        </w:rPr>
        <w:t xml:space="preserve"> bases</w:t>
      </w:r>
    </w:p>
    <w:p w14:paraId="298297A1" w14:textId="77777777" w:rsidR="00040E41" w:rsidRDefault="00000000">
      <w:pPr>
        <w:spacing w:after="0"/>
      </w:pPr>
      <w:r>
        <w:t>​</w:t>
      </w:r>
    </w:p>
    <w:p w14:paraId="0848D003" w14:textId="73274135" w:rsidR="00040E41" w:rsidRDefault="00000000" w:rsidP="003922AF">
      <w:pPr>
        <w:pStyle w:val="ListBullet"/>
        <w:spacing w:after="0"/>
        <w:ind w:hanging="216"/>
      </w:pPr>
      <w:r>
        <w:t xml:space="preserve">​Game Balls - The home team is responsible for providing </w:t>
      </w:r>
      <w:r w:rsidR="00184568">
        <w:t>PG</w:t>
      </w:r>
      <w:r>
        <w:t xml:space="preserve"> game balls for each league contest. These will be</w:t>
      </w:r>
    </w:p>
    <w:p w14:paraId="6C60BA62" w14:textId="6FCE8328" w:rsidR="00040E41" w:rsidRDefault="00000000">
      <w:pPr>
        <w:spacing w:after="0"/>
      </w:pPr>
      <w:r>
        <w:t>distributed at the league scheduling meeting</w:t>
      </w:r>
      <w:r w:rsidR="00184568">
        <w:t>.</w:t>
      </w:r>
    </w:p>
    <w:p w14:paraId="57C30A38" w14:textId="3D3ADAAA" w:rsidR="00040E41" w:rsidRDefault="00040E41" w:rsidP="00184568">
      <w:pPr>
        <w:pStyle w:val="ListBullet2"/>
        <w:numPr>
          <w:ilvl w:val="0"/>
          <w:numId w:val="0"/>
        </w:numPr>
        <w:spacing w:after="0" w:line="168" w:lineRule="auto"/>
        <w:ind w:left="677"/>
      </w:pPr>
    </w:p>
    <w:p w14:paraId="2B054875" w14:textId="77777777" w:rsidR="00040E41" w:rsidRDefault="00000000">
      <w:pPr>
        <w:spacing w:after="0"/>
      </w:pPr>
      <w:r w:rsidRPr="00184568">
        <w:rPr>
          <w:b/>
          <w:bCs/>
          <w:szCs w:val="24"/>
          <w:u w:val="single"/>
        </w:rPr>
        <w:t>Mercy rule</w:t>
      </w:r>
      <w:r w:rsidRPr="00184568">
        <w:rPr>
          <w:szCs w:val="24"/>
        </w:rPr>
        <w:t xml:space="preserve"> </w:t>
      </w:r>
      <w:r>
        <w:t>- There will be a 10-run mercy rule after 5 innings (4 ½ if the home team is ahead). Perfect Game Northwest</w:t>
      </w:r>
    </w:p>
    <w:p w14:paraId="04B98806" w14:textId="77777777" w:rsidR="00040E41" w:rsidRDefault="00000000">
      <w:pPr>
        <w:spacing w:after="0"/>
      </w:pPr>
      <w:r>
        <w:t>tournament run rules DO NOT APPLY for league contests</w:t>
      </w:r>
    </w:p>
    <w:p w14:paraId="5CA407A6" w14:textId="77777777" w:rsidR="00040E41" w:rsidRDefault="00000000">
      <w:pPr>
        <w:pStyle w:val="ListBullet"/>
        <w:spacing w:after="0"/>
        <w:ind w:hanging="216"/>
      </w:pPr>
      <w:r>
        <w:t>​</w:t>
      </w:r>
    </w:p>
    <w:p w14:paraId="1BC6515C" w14:textId="77777777" w:rsidR="00040E41" w:rsidRDefault="00000000">
      <w:pPr>
        <w:keepNext/>
        <w:spacing w:before="140" w:after="60"/>
      </w:pPr>
      <w:r>
        <w:rPr>
          <w:b/>
          <w:color w:val="17365D"/>
          <w:sz w:val="21"/>
          <w:u w:val="single"/>
        </w:rPr>
        <w:t>Lineup Rules</w:t>
      </w:r>
    </w:p>
    <w:p w14:paraId="7A8DC60C" w14:textId="54E7AA54" w:rsidR="00040E41" w:rsidRDefault="00000000" w:rsidP="00184568">
      <w:pPr>
        <w:pStyle w:val="ListBullet2"/>
        <w:spacing w:after="0"/>
        <w:ind w:left="677" w:hanging="216"/>
      </w:pPr>
      <w:r>
        <w:t xml:space="preserve">​The batting lineup </w:t>
      </w:r>
      <w:r w:rsidR="00184568">
        <w:t>will follow PG national batting rules, Batting the whole lineup is allowed</w:t>
      </w:r>
    </w:p>
    <w:p w14:paraId="40CD321C" w14:textId="39D4865A" w:rsidR="00040E41" w:rsidRDefault="00000000" w:rsidP="00184568">
      <w:pPr>
        <w:pStyle w:val="ListBullet2"/>
        <w:spacing w:after="0"/>
        <w:ind w:left="677" w:hanging="216"/>
      </w:pPr>
      <w:r>
        <w:t>​</w:t>
      </w:r>
      <w:r w:rsidR="00184568">
        <w:t>Unlike PG tournament play teams will be allowed to use Free Defensive Substitutions</w:t>
      </w:r>
    </w:p>
    <w:p w14:paraId="265D33A2" w14:textId="60649591" w:rsidR="00040E41" w:rsidRDefault="00000000" w:rsidP="00184568">
      <w:pPr>
        <w:pStyle w:val="ListBullet2"/>
        <w:spacing w:after="0"/>
        <w:ind w:left="677" w:hanging="216"/>
      </w:pPr>
      <w:r>
        <w:t>​Substitution / Re-entry - we will be using the NFHS substitution rules:</w:t>
      </w:r>
    </w:p>
    <w:p w14:paraId="71E24961" w14:textId="4C9F2EF6" w:rsidR="00040E41" w:rsidRDefault="00000000" w:rsidP="00184568">
      <w:pPr>
        <w:pStyle w:val="ListBullet2"/>
        <w:spacing w:after="0"/>
        <w:ind w:left="677" w:hanging="216"/>
      </w:pPr>
      <w:r>
        <w:t>​Starters are eligible to re-enter the game once in their original spot in the lineup</w:t>
      </w:r>
    </w:p>
    <w:p w14:paraId="7B66BDD5" w14:textId="27F0CCC7" w:rsidR="00040E41" w:rsidRDefault="00000000" w:rsidP="00184568">
      <w:pPr>
        <w:pStyle w:val="ListBullet2"/>
        <w:spacing w:after="0"/>
        <w:ind w:left="677" w:hanging="216"/>
      </w:pPr>
      <w:r>
        <w:t>​Substitutes are not eligible to re-enter the game once removed</w:t>
      </w:r>
    </w:p>
    <w:p w14:paraId="26F8BC99" w14:textId="4B886CF9" w:rsidR="00040E41" w:rsidRDefault="00000000" w:rsidP="00184568">
      <w:pPr>
        <w:pStyle w:val="ListBullet2"/>
      </w:pPr>
      <w:r>
        <w:t>If a team starts the game with an EH (10 players in the lineup), it must finish the game with an EH. If for</w:t>
      </w:r>
      <w:r w:rsidR="00184568">
        <w:t xml:space="preserve"> </w:t>
      </w:r>
      <w:r>
        <w:t>some reason (injury, etc.) a team starts with 10 players and is left with only 9 players in the lineup, that</w:t>
      </w:r>
      <w:r w:rsidR="00184568">
        <w:t xml:space="preserve"> </w:t>
      </w:r>
      <w:r>
        <w:t>spot in the lineup will result in an automatic out</w:t>
      </w:r>
    </w:p>
    <w:p w14:paraId="2F67F24E" w14:textId="77777777" w:rsidR="00040E41" w:rsidRDefault="00000000">
      <w:r>
        <w:br w:type="page"/>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328"/>
        <w:gridCol w:w="5328"/>
      </w:tblGrid>
      <w:tr w:rsidR="00040E41" w14:paraId="11DC0158" w14:textId="77777777">
        <w:trPr>
          <w:jc w:val="center"/>
        </w:trPr>
        <w:tc>
          <w:tcPr>
            <w:tcW w:w="5328" w:type="dxa"/>
            <w:tcBorders>
              <w:top w:val="nil"/>
              <w:left w:val="nil"/>
              <w:bottom w:val="nil"/>
              <w:right w:val="nil"/>
            </w:tcBorders>
            <w:tcMar>
              <w:top w:w="40" w:type="dxa"/>
              <w:left w:w="80" w:type="dxa"/>
              <w:bottom w:w="40" w:type="dxa"/>
              <w:right w:w="80" w:type="dxa"/>
            </w:tcMar>
            <w:vAlign w:val="center"/>
          </w:tcPr>
          <w:p w14:paraId="41C76C92" w14:textId="77777777" w:rsidR="00040E41" w:rsidRDefault="00000000">
            <w:r>
              <w:rPr>
                <w:noProof/>
              </w:rPr>
              <w:lastRenderedPageBreak/>
              <w:drawing>
                <wp:inline distT="0" distB="0" distL="0" distR="0" wp14:anchorId="0E3E2AF6" wp14:editId="0202DCAA">
                  <wp:extent cx="868680" cy="8686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PGNWlogo.png"/>
                          <pic:cNvPicPr/>
                        </pic:nvPicPr>
                        <pic:blipFill>
                          <a:blip r:embed="rId8"/>
                          <a:stretch>
                            <a:fillRect/>
                          </a:stretch>
                        </pic:blipFill>
                        <pic:spPr>
                          <a:xfrm>
                            <a:off x="0" y="0"/>
                            <a:ext cx="868680" cy="868680"/>
                          </a:xfrm>
                          <a:prstGeom prst="rect">
                            <a:avLst/>
                          </a:prstGeom>
                        </pic:spPr>
                      </pic:pic>
                    </a:graphicData>
                  </a:graphic>
                </wp:inline>
              </w:drawing>
            </w:r>
          </w:p>
        </w:tc>
        <w:tc>
          <w:tcPr>
            <w:tcW w:w="5328" w:type="dxa"/>
            <w:tcBorders>
              <w:top w:val="nil"/>
              <w:left w:val="nil"/>
              <w:bottom w:val="nil"/>
              <w:right w:val="nil"/>
            </w:tcBorders>
            <w:tcMar>
              <w:top w:w="40" w:type="dxa"/>
              <w:left w:w="80" w:type="dxa"/>
              <w:bottom w:w="40" w:type="dxa"/>
              <w:right w:w="80" w:type="dxa"/>
            </w:tcMar>
            <w:vAlign w:val="center"/>
          </w:tcPr>
          <w:p w14:paraId="1A9CF126" w14:textId="77777777" w:rsidR="00040E41" w:rsidRDefault="00000000">
            <w:pPr>
              <w:spacing w:after="0"/>
              <w:jc w:val="center"/>
            </w:pPr>
            <w:r>
              <w:rPr>
                <w:rFonts w:ascii="Aptos Display" w:hAnsi="Aptos Display"/>
                <w:b/>
                <w:color w:val="17365D"/>
                <w:sz w:val="32"/>
              </w:rPr>
              <w:t>Perfect Game Northwest</w:t>
            </w:r>
            <w:r>
              <w:rPr>
                <w:rFonts w:ascii="Aptos Display" w:hAnsi="Aptos Display"/>
                <w:b/>
                <w:color w:val="17365D"/>
                <w:sz w:val="32"/>
              </w:rPr>
              <w:br/>
              <w:t>2026 League Handbook</w:t>
            </w:r>
          </w:p>
        </w:tc>
      </w:tr>
    </w:tbl>
    <w:p w14:paraId="402C4BD5" w14:textId="77777777" w:rsidR="00040E41" w:rsidRDefault="00040E41">
      <w:pPr>
        <w:spacing w:after="0"/>
      </w:pPr>
    </w:p>
    <w:p w14:paraId="6567395E" w14:textId="70850792" w:rsidR="00040E41" w:rsidRDefault="00000000" w:rsidP="00184568">
      <w:pPr>
        <w:pStyle w:val="ListBullet"/>
        <w:keepNext/>
        <w:numPr>
          <w:ilvl w:val="0"/>
          <w:numId w:val="0"/>
        </w:numPr>
        <w:shd w:val="clear" w:color="auto" w:fill="17365D"/>
        <w:spacing w:before="200" w:after="100"/>
        <w:ind w:left="72" w:right="72"/>
      </w:pPr>
      <w:r>
        <w:rPr>
          <w:b/>
          <w:color w:val="FFFFFF"/>
          <w:sz w:val="23"/>
          <w:u w:val="single"/>
        </w:rPr>
        <w:t>Pitch Count Limits</w:t>
      </w:r>
    </w:p>
    <w:p w14:paraId="6BC44A9F" w14:textId="0E518E07" w:rsidR="00040E41" w:rsidRDefault="00000000" w:rsidP="00184568">
      <w:pPr>
        <w:pStyle w:val="ListBullet2"/>
        <w:spacing w:after="0"/>
        <w:ind w:left="677" w:hanging="216"/>
      </w:pPr>
      <w:r>
        <w:t>​</w:t>
      </w:r>
      <w:r w:rsidR="00184568">
        <w:t>We will utilize the PG pitching youth pitching rules for the 12u-14u age groups, and USA Pitch Smart for the HS age groups</w:t>
      </w:r>
    </w:p>
    <w:p w14:paraId="646FAD7F" w14:textId="3C78B88D" w:rsidR="00040E41" w:rsidRDefault="00000000">
      <w:pPr>
        <w:pStyle w:val="ListBullet2"/>
        <w:spacing w:after="0"/>
        <w:ind w:left="677" w:hanging="216"/>
      </w:pPr>
      <w:r>
        <w:t>​</w:t>
      </w:r>
      <w:r w:rsidR="00184568">
        <w:t>For postseason the same PG Pitching rules will apply for all age groups</w:t>
      </w:r>
    </w:p>
    <w:p w14:paraId="5F68F4FB" w14:textId="645DFD94" w:rsidR="00040E41" w:rsidRDefault="00000000" w:rsidP="00184568">
      <w:pPr>
        <w:pStyle w:val="ListBullet2"/>
        <w:numPr>
          <w:ilvl w:val="0"/>
          <w:numId w:val="0"/>
        </w:numPr>
        <w:spacing w:after="0"/>
        <w:ind w:left="677"/>
      </w:pPr>
      <w:r>
        <w:t>​</w:t>
      </w:r>
    </w:p>
    <w:p w14:paraId="588B31BA" w14:textId="77777777" w:rsidR="00040E41" w:rsidRDefault="00000000">
      <w:pPr>
        <w:keepNext/>
        <w:shd w:val="clear" w:color="auto" w:fill="17365D"/>
        <w:spacing w:before="200"/>
        <w:ind w:left="72" w:right="72"/>
      </w:pPr>
      <w:r>
        <w:rPr>
          <w:b/>
          <w:color w:val="FFFFFF"/>
          <w:sz w:val="23"/>
          <w:u w:val="single"/>
        </w:rPr>
        <w:t>Other Pitching Rules</w:t>
      </w:r>
    </w:p>
    <w:p w14:paraId="33466028" w14:textId="37AF3477" w:rsidR="00040E41" w:rsidRDefault="00000000" w:rsidP="00184568">
      <w:pPr>
        <w:pStyle w:val="ListBullet2"/>
        <w:spacing w:after="0"/>
        <w:ind w:left="677" w:hanging="216"/>
      </w:pPr>
      <w:r>
        <w:t>​Once a pitcher is removed from the mound on defense, he is ineligible to return to that game as a pitcher,</w:t>
      </w:r>
      <w:r w:rsidR="00184568">
        <w:t xml:space="preserve"> </w:t>
      </w:r>
      <w:r>
        <w:t>even if he remained in the game at another defensive position</w:t>
      </w:r>
    </w:p>
    <w:p w14:paraId="570AFAA2" w14:textId="0C74BCA5" w:rsidR="00040E41" w:rsidRDefault="00000000" w:rsidP="00184568">
      <w:pPr>
        <w:pStyle w:val="ListBullet2"/>
        <w:spacing w:after="0"/>
        <w:ind w:left="677" w:hanging="216"/>
      </w:pPr>
      <w:r>
        <w:t>​Mound visits - 1 visit per inning, 2nd visit in an inning to the same pitcher must result in a pitching change</w:t>
      </w:r>
    </w:p>
    <w:p w14:paraId="0554AC3A" w14:textId="43BF777A" w:rsidR="00040E41" w:rsidRDefault="00000000" w:rsidP="00184568">
      <w:pPr>
        <w:pStyle w:val="ListBullet2"/>
        <w:spacing w:after="0"/>
        <w:ind w:left="677" w:hanging="216"/>
      </w:pPr>
      <w:r>
        <w:t xml:space="preserve">​Balks - all balks are live; we will follow the </w:t>
      </w:r>
      <w:r w:rsidR="00184568">
        <w:t>PG national rules</w:t>
      </w:r>
      <w:r>
        <w:t xml:space="preserve"> in league play</w:t>
      </w:r>
    </w:p>
    <w:p w14:paraId="228FCB0E" w14:textId="57875C93" w:rsidR="00040E41" w:rsidRDefault="00000000" w:rsidP="00184568">
      <w:pPr>
        <w:pStyle w:val="ListBullet2"/>
        <w:spacing w:after="0"/>
        <w:ind w:left="677" w:hanging="216"/>
      </w:pPr>
      <w:r>
        <w:t xml:space="preserve">​Third to First move - the third to first move </w:t>
      </w:r>
      <w:r w:rsidR="00184568">
        <w:t xml:space="preserve">IS </w:t>
      </w:r>
      <w:r>
        <w:t>legal in league play</w:t>
      </w:r>
    </w:p>
    <w:p w14:paraId="016D989A" w14:textId="23521477" w:rsidR="00040E41" w:rsidRDefault="00040E41" w:rsidP="00184568">
      <w:pPr>
        <w:pStyle w:val="ListBullet2"/>
        <w:numPr>
          <w:ilvl w:val="0"/>
          <w:numId w:val="0"/>
        </w:numPr>
        <w:spacing w:after="0" w:line="168" w:lineRule="auto"/>
        <w:ind w:left="677"/>
      </w:pPr>
    </w:p>
    <w:p w14:paraId="77E80428" w14:textId="77777777" w:rsidR="00040E41" w:rsidRDefault="00000000">
      <w:pPr>
        <w:keepNext/>
        <w:shd w:val="clear" w:color="auto" w:fill="17365D"/>
        <w:spacing w:before="200"/>
        <w:ind w:left="72" w:right="72"/>
      </w:pPr>
      <w:r>
        <w:rPr>
          <w:b/>
          <w:color w:val="FFFFFF"/>
          <w:sz w:val="23"/>
          <w:u w:val="single"/>
        </w:rPr>
        <w:t>Bat Rules</w:t>
      </w:r>
    </w:p>
    <w:p w14:paraId="3376F2F3" w14:textId="59C0877D" w:rsidR="00040E41" w:rsidRDefault="00000000" w:rsidP="00184568">
      <w:pPr>
        <w:pStyle w:val="ListBullet2"/>
        <w:spacing w:after="0"/>
        <w:ind w:left="677" w:hanging="216"/>
      </w:pPr>
      <w:r>
        <w:t>​</w:t>
      </w:r>
      <w:r w:rsidR="00184568">
        <w:t>12u-</w:t>
      </w:r>
      <w:r>
        <w:t>1</w:t>
      </w:r>
      <w:r w:rsidR="00184568">
        <w:t>4</w:t>
      </w:r>
      <w:r>
        <w:t xml:space="preserve">U Division - We will be following the </w:t>
      </w:r>
      <w:r w:rsidR="00184568">
        <w:t xml:space="preserve">PG National </w:t>
      </w:r>
      <w:r>
        <w:t>bat rules for PG Northwest League play. BBCOR and wood bats</w:t>
      </w:r>
      <w:r w:rsidR="00184568">
        <w:t xml:space="preserve"> </w:t>
      </w:r>
      <w:r>
        <w:t xml:space="preserve">are also allowed in </w:t>
      </w:r>
      <w:r w:rsidR="00184568">
        <w:t>12u-14u.</w:t>
      </w:r>
    </w:p>
    <w:p w14:paraId="75532413" w14:textId="5D659632" w:rsidR="00040E41" w:rsidRDefault="00040E41" w:rsidP="00184568">
      <w:pPr>
        <w:pStyle w:val="ListBullet2"/>
        <w:numPr>
          <w:ilvl w:val="0"/>
          <w:numId w:val="0"/>
        </w:numPr>
        <w:spacing w:after="0" w:line="168" w:lineRule="auto"/>
        <w:ind w:left="677"/>
      </w:pPr>
    </w:p>
    <w:p w14:paraId="4D9C9704" w14:textId="153CED3A" w:rsidR="00040E41" w:rsidRDefault="00000000" w:rsidP="00184568">
      <w:pPr>
        <w:pStyle w:val="ListBullet2"/>
        <w:spacing w:after="0"/>
        <w:ind w:left="677" w:hanging="216"/>
      </w:pPr>
      <w:r>
        <w:t>​1</w:t>
      </w:r>
      <w:r w:rsidR="00184568">
        <w:t>5</w:t>
      </w:r>
      <w:r>
        <w:t>U - 18U Divisions - BBCOR (NFHS) standards for eligible bats. Wood bats are also allowed</w:t>
      </w:r>
    </w:p>
    <w:p w14:paraId="2218A951" w14:textId="546FEE1A" w:rsidR="00040E41" w:rsidRDefault="00000000" w:rsidP="00184568">
      <w:pPr>
        <w:pStyle w:val="ListBullet2"/>
        <w:spacing w:after="0"/>
        <w:ind w:left="677" w:hanging="216"/>
      </w:pPr>
      <w:r>
        <w:t>​Wood Bats - Baum &amp; composite wood bats are eligible to be used</w:t>
      </w:r>
    </w:p>
    <w:p w14:paraId="2724547B" w14:textId="3EF346B2" w:rsidR="00040E41" w:rsidRDefault="00040E41" w:rsidP="00184568">
      <w:pPr>
        <w:pStyle w:val="ListBullet"/>
        <w:numPr>
          <w:ilvl w:val="0"/>
          <w:numId w:val="0"/>
        </w:numPr>
        <w:spacing w:after="0" w:line="168" w:lineRule="auto"/>
        <w:ind w:left="360"/>
      </w:pPr>
    </w:p>
    <w:p w14:paraId="37C9B42C" w14:textId="77777777" w:rsidR="00040E41" w:rsidRDefault="00000000">
      <w:pPr>
        <w:keepNext/>
        <w:shd w:val="clear" w:color="auto" w:fill="17365D"/>
        <w:spacing w:before="200"/>
        <w:ind w:left="72" w:right="72"/>
      </w:pPr>
      <w:r>
        <w:rPr>
          <w:b/>
          <w:color w:val="FFFFFF"/>
          <w:sz w:val="23"/>
          <w:u w:val="single"/>
        </w:rPr>
        <w:t>Bat Rule Infractions - Penalty</w:t>
      </w:r>
    </w:p>
    <w:p w14:paraId="5011CC62" w14:textId="54F5BD3C" w:rsidR="00040E41" w:rsidRDefault="00000000">
      <w:pPr>
        <w:pStyle w:val="ListBullet2"/>
        <w:spacing w:after="0"/>
        <w:ind w:left="677" w:hanging="216"/>
      </w:pPr>
      <w:r>
        <w:t>​</w:t>
      </w:r>
      <w:r w:rsidR="008438C5">
        <w:t xml:space="preserve">If an illegal bat is protested before </w:t>
      </w:r>
      <w:r w:rsidR="0025203D">
        <w:t>after a player gets a hit, but before the next pitch is thrown then the protested bat will cause the player who got a hit to be ruled out</w:t>
      </w:r>
    </w:p>
    <w:p w14:paraId="575B7DA6" w14:textId="33703131" w:rsidR="0025203D" w:rsidRDefault="0025203D">
      <w:pPr>
        <w:pStyle w:val="ListBullet2"/>
        <w:spacing w:after="0"/>
        <w:ind w:left="677" w:hanging="216"/>
      </w:pPr>
      <w:r>
        <w:t>IF a pitch has already been thrown then the player will not be ruled out, but the bat will still be taken out of play</w:t>
      </w:r>
    </w:p>
    <w:p w14:paraId="20ED789C" w14:textId="32BD7C86" w:rsidR="00040E41" w:rsidRDefault="00000000" w:rsidP="0025203D">
      <w:pPr>
        <w:pStyle w:val="ListBullet2"/>
        <w:spacing w:after="0" w:line="168" w:lineRule="auto"/>
        <w:ind w:left="677" w:hanging="216"/>
      </w:pPr>
      <w:r>
        <w:rPr>
          <w:sz w:val="4"/>
        </w:rPr>
        <w:br w:type="page"/>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328"/>
        <w:gridCol w:w="5328"/>
      </w:tblGrid>
      <w:tr w:rsidR="00040E41" w14:paraId="09194833" w14:textId="77777777">
        <w:trPr>
          <w:jc w:val="center"/>
        </w:trPr>
        <w:tc>
          <w:tcPr>
            <w:tcW w:w="5328" w:type="dxa"/>
            <w:tcBorders>
              <w:top w:val="nil"/>
              <w:left w:val="nil"/>
              <w:bottom w:val="nil"/>
              <w:right w:val="nil"/>
            </w:tcBorders>
            <w:tcMar>
              <w:top w:w="40" w:type="dxa"/>
              <w:left w:w="80" w:type="dxa"/>
              <w:bottom w:w="40" w:type="dxa"/>
              <w:right w:w="80" w:type="dxa"/>
            </w:tcMar>
            <w:vAlign w:val="center"/>
          </w:tcPr>
          <w:p w14:paraId="5138ADDF" w14:textId="77777777" w:rsidR="00040E41" w:rsidRDefault="00000000">
            <w:r>
              <w:rPr>
                <w:noProof/>
              </w:rPr>
              <w:lastRenderedPageBreak/>
              <w:drawing>
                <wp:inline distT="0" distB="0" distL="0" distR="0" wp14:anchorId="42D80933" wp14:editId="74E5C025">
                  <wp:extent cx="868680" cy="8686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PGNWlogo.png"/>
                          <pic:cNvPicPr/>
                        </pic:nvPicPr>
                        <pic:blipFill>
                          <a:blip r:embed="rId8"/>
                          <a:stretch>
                            <a:fillRect/>
                          </a:stretch>
                        </pic:blipFill>
                        <pic:spPr>
                          <a:xfrm>
                            <a:off x="0" y="0"/>
                            <a:ext cx="868680" cy="868680"/>
                          </a:xfrm>
                          <a:prstGeom prst="rect">
                            <a:avLst/>
                          </a:prstGeom>
                        </pic:spPr>
                      </pic:pic>
                    </a:graphicData>
                  </a:graphic>
                </wp:inline>
              </w:drawing>
            </w:r>
          </w:p>
        </w:tc>
        <w:tc>
          <w:tcPr>
            <w:tcW w:w="5328" w:type="dxa"/>
            <w:tcBorders>
              <w:top w:val="nil"/>
              <w:left w:val="nil"/>
              <w:bottom w:val="nil"/>
              <w:right w:val="nil"/>
            </w:tcBorders>
            <w:tcMar>
              <w:top w:w="40" w:type="dxa"/>
              <w:left w:w="80" w:type="dxa"/>
              <w:bottom w:w="40" w:type="dxa"/>
              <w:right w:w="80" w:type="dxa"/>
            </w:tcMar>
            <w:vAlign w:val="center"/>
          </w:tcPr>
          <w:p w14:paraId="06731C82" w14:textId="77777777" w:rsidR="00040E41" w:rsidRDefault="00000000">
            <w:pPr>
              <w:spacing w:after="0"/>
              <w:jc w:val="center"/>
            </w:pPr>
            <w:r>
              <w:rPr>
                <w:rFonts w:ascii="Aptos Display" w:hAnsi="Aptos Display"/>
                <w:b/>
                <w:color w:val="17365D"/>
                <w:sz w:val="32"/>
              </w:rPr>
              <w:t>Perfect Game Northwest</w:t>
            </w:r>
            <w:r>
              <w:rPr>
                <w:rFonts w:ascii="Aptos Display" w:hAnsi="Aptos Display"/>
                <w:b/>
                <w:color w:val="17365D"/>
                <w:sz w:val="32"/>
              </w:rPr>
              <w:br/>
              <w:t>2026 League Handbook</w:t>
            </w:r>
          </w:p>
        </w:tc>
      </w:tr>
    </w:tbl>
    <w:p w14:paraId="29F37D02" w14:textId="77777777" w:rsidR="00040E41" w:rsidRDefault="00040E41">
      <w:pPr>
        <w:spacing w:after="0"/>
      </w:pPr>
    </w:p>
    <w:p w14:paraId="7D0F7D34" w14:textId="77777777" w:rsidR="00040E41" w:rsidRDefault="00000000">
      <w:pPr>
        <w:keepNext/>
        <w:shd w:val="clear" w:color="auto" w:fill="17365D"/>
        <w:spacing w:before="200"/>
        <w:ind w:left="72" w:right="72"/>
      </w:pPr>
      <w:r>
        <w:rPr>
          <w:b/>
          <w:color w:val="FFFFFF"/>
          <w:sz w:val="23"/>
          <w:u w:val="single"/>
        </w:rPr>
        <w:t>Suspended Games</w:t>
      </w:r>
    </w:p>
    <w:p w14:paraId="6CD5FB95" w14:textId="4F79CAD4" w:rsidR="00040E41" w:rsidRDefault="00000000" w:rsidP="009C7AB5">
      <w:pPr>
        <w:pStyle w:val="ListBullet"/>
        <w:spacing w:after="0"/>
        <w:ind w:hanging="216"/>
      </w:pPr>
      <w:r>
        <w:t>​If rain/darkness forces the stoppage of a game, the following rules will apply:</w:t>
      </w:r>
    </w:p>
    <w:p w14:paraId="65C42790" w14:textId="573C5858" w:rsidR="00040E41" w:rsidRDefault="00000000" w:rsidP="009C7AB5">
      <w:pPr>
        <w:pStyle w:val="ListBullet2"/>
        <w:spacing w:after="0"/>
        <w:ind w:left="677" w:hanging="216"/>
      </w:pPr>
      <w:r>
        <w:t>​League games are considered official after 5 innings (4 ½ if the home team is leading)</w:t>
      </w:r>
    </w:p>
    <w:p w14:paraId="5FDAC566" w14:textId="77777777" w:rsidR="009C7AB5" w:rsidRDefault="00000000" w:rsidP="009C7AB5">
      <w:pPr>
        <w:pStyle w:val="ListBullet2"/>
        <w:spacing w:after="0"/>
        <w:ind w:left="677" w:hanging="216"/>
      </w:pPr>
      <w:r>
        <w:t>​Any game suspended prior to the completion of the first inning will be re</w:t>
      </w:r>
      <w:r w:rsidR="009C7AB5">
        <w:t xml:space="preserve">sumed where it was left off </w:t>
      </w:r>
      <w:proofErr w:type="gramStart"/>
      <w:r w:rsidR="009C7AB5">
        <w:t>at a later date</w:t>
      </w:r>
      <w:proofErr w:type="gramEnd"/>
      <w:r w:rsidR="009C7AB5">
        <w:t xml:space="preserve"> determined by the teams involved</w:t>
      </w:r>
    </w:p>
    <w:p w14:paraId="71EDB358" w14:textId="77777777" w:rsidR="009C7AB5" w:rsidRDefault="009C7AB5" w:rsidP="009C7AB5">
      <w:pPr>
        <w:pStyle w:val="ListBullet2"/>
        <w:numPr>
          <w:ilvl w:val="0"/>
          <w:numId w:val="0"/>
        </w:numPr>
        <w:spacing w:after="0" w:line="168" w:lineRule="auto"/>
        <w:ind w:left="461"/>
      </w:pPr>
    </w:p>
    <w:p w14:paraId="3ADD91CD" w14:textId="78B925D7" w:rsidR="00040E41" w:rsidRDefault="00000000" w:rsidP="009C7AB5">
      <w:pPr>
        <w:pStyle w:val="ListBullet2"/>
        <w:keepNext/>
        <w:numPr>
          <w:ilvl w:val="0"/>
          <w:numId w:val="0"/>
        </w:numPr>
        <w:shd w:val="clear" w:color="auto" w:fill="17365D"/>
        <w:spacing w:before="200" w:after="100"/>
        <w:ind w:left="72" w:right="72"/>
      </w:pPr>
      <w:r w:rsidRPr="009C7AB5">
        <w:rPr>
          <w:b/>
          <w:color w:val="FFFFFF"/>
          <w:sz w:val="23"/>
          <w:u w:val="single"/>
        </w:rPr>
        <w:t>Player / Coach Conduct</w:t>
      </w:r>
    </w:p>
    <w:p w14:paraId="612F2922" w14:textId="7E53DB81" w:rsidR="00040E41" w:rsidRDefault="00040E41" w:rsidP="009C7AB5">
      <w:pPr>
        <w:pStyle w:val="ListBullet"/>
        <w:numPr>
          <w:ilvl w:val="0"/>
          <w:numId w:val="0"/>
        </w:numPr>
        <w:spacing w:after="0" w:line="168" w:lineRule="auto"/>
        <w:ind w:left="360"/>
      </w:pPr>
    </w:p>
    <w:p w14:paraId="6949D803" w14:textId="77777777" w:rsidR="00040E41" w:rsidRDefault="00000000">
      <w:pPr>
        <w:keepNext/>
        <w:spacing w:before="140" w:after="60"/>
      </w:pPr>
      <w:r>
        <w:rPr>
          <w:b/>
          <w:color w:val="17365D"/>
          <w:sz w:val="21"/>
          <w:u w:val="single"/>
        </w:rPr>
        <w:t>Player Ejections</w:t>
      </w:r>
    </w:p>
    <w:p w14:paraId="626729C9" w14:textId="652C0AEE" w:rsidR="00040E41" w:rsidRDefault="00000000" w:rsidP="009C7AB5">
      <w:pPr>
        <w:pStyle w:val="ListBullet2"/>
        <w:spacing w:after="0"/>
        <w:ind w:left="677" w:hanging="216"/>
      </w:pPr>
      <w:r>
        <w:t>​Any player ejection will result in a one-game suspension from PG Northwest League play. This includes both</w:t>
      </w:r>
      <w:r w:rsidR="009C7AB5">
        <w:t xml:space="preserve"> </w:t>
      </w:r>
      <w:r>
        <w:t>regular season and postseason contests</w:t>
      </w:r>
    </w:p>
    <w:p w14:paraId="153A1DBC" w14:textId="7F1FE753" w:rsidR="00040E41" w:rsidRDefault="00000000" w:rsidP="009C7AB5">
      <w:pPr>
        <w:pStyle w:val="ListBullet2"/>
        <w:spacing w:after="0"/>
        <w:ind w:left="677" w:hanging="216"/>
      </w:pPr>
      <w:r>
        <w:t xml:space="preserve">​Player ejections should be reported to the league by </w:t>
      </w:r>
      <w:r w:rsidR="009C7AB5">
        <w:t>both teams</w:t>
      </w:r>
      <w:r>
        <w:t xml:space="preserve"> no later than 24 hours following</w:t>
      </w:r>
      <w:r w:rsidR="009C7AB5">
        <w:t xml:space="preserve"> </w:t>
      </w:r>
      <w:r>
        <w:t>completion of the contest</w:t>
      </w:r>
    </w:p>
    <w:p w14:paraId="3E135204" w14:textId="33649F83" w:rsidR="00040E41" w:rsidRDefault="00000000" w:rsidP="009C7AB5">
      <w:pPr>
        <w:pStyle w:val="ListBullet2"/>
        <w:spacing w:after="0"/>
        <w:ind w:left="677" w:hanging="216"/>
      </w:pPr>
      <w:r>
        <w:t>​The players suspension will be served in the next league game</w:t>
      </w:r>
    </w:p>
    <w:p w14:paraId="063E48FC" w14:textId="364835E3" w:rsidR="00040E41" w:rsidRDefault="00040E41" w:rsidP="009C7AB5">
      <w:pPr>
        <w:pStyle w:val="ListBullet"/>
        <w:numPr>
          <w:ilvl w:val="0"/>
          <w:numId w:val="0"/>
        </w:numPr>
        <w:spacing w:after="0" w:line="168" w:lineRule="auto"/>
        <w:ind w:left="360"/>
      </w:pPr>
    </w:p>
    <w:p w14:paraId="1E82A3BF" w14:textId="77777777" w:rsidR="00040E41" w:rsidRDefault="00000000">
      <w:pPr>
        <w:keepNext/>
        <w:spacing w:before="140" w:after="60"/>
      </w:pPr>
      <w:r>
        <w:rPr>
          <w:b/>
          <w:color w:val="17365D"/>
          <w:sz w:val="21"/>
          <w:u w:val="single"/>
        </w:rPr>
        <w:t>Coach Ejections</w:t>
      </w:r>
    </w:p>
    <w:p w14:paraId="24B0C37E" w14:textId="5635F040" w:rsidR="00040E41" w:rsidRDefault="00000000" w:rsidP="009C7AB5">
      <w:pPr>
        <w:pStyle w:val="ListBullet2"/>
        <w:spacing w:after="0"/>
        <w:ind w:left="677" w:hanging="216"/>
      </w:pPr>
      <w:r>
        <w:t>​Any coach ejections will automatically result in a one-game suspension from PG Northwest League play. This</w:t>
      </w:r>
      <w:r w:rsidR="009C7AB5">
        <w:t xml:space="preserve"> </w:t>
      </w:r>
      <w:r>
        <w:t>includes both regular season and postseason contests</w:t>
      </w:r>
    </w:p>
    <w:p w14:paraId="7802B98F" w14:textId="4909C848" w:rsidR="00040E41" w:rsidRDefault="00000000" w:rsidP="009C7AB5">
      <w:pPr>
        <w:pStyle w:val="ListBullet2"/>
        <w:spacing w:after="0"/>
        <w:ind w:left="677" w:hanging="216"/>
      </w:pPr>
      <w:r>
        <w:t xml:space="preserve">​Coach ejections should be reported to the league by </w:t>
      </w:r>
      <w:r w:rsidR="009C7AB5">
        <w:t>both teams</w:t>
      </w:r>
      <w:r>
        <w:t xml:space="preserve"> no later than 24 hours following</w:t>
      </w:r>
      <w:r w:rsidR="009C7AB5">
        <w:t xml:space="preserve"> </w:t>
      </w:r>
      <w:r>
        <w:t>completion of the contest</w:t>
      </w:r>
    </w:p>
    <w:p w14:paraId="56506489" w14:textId="72A615F5" w:rsidR="00040E41" w:rsidRDefault="00000000" w:rsidP="009C7AB5">
      <w:pPr>
        <w:pStyle w:val="ListBullet2"/>
        <w:spacing w:after="0"/>
        <w:ind w:left="677" w:hanging="216"/>
      </w:pPr>
      <w:r>
        <w:t>​The coach suspension will be served in the next league game</w:t>
      </w:r>
    </w:p>
    <w:p w14:paraId="4437F469" w14:textId="53BD5597" w:rsidR="00040E41" w:rsidRDefault="00000000" w:rsidP="009C7AB5">
      <w:pPr>
        <w:pStyle w:val="ListBullet2"/>
        <w:spacing w:after="0"/>
        <w:ind w:left="677" w:hanging="216"/>
      </w:pPr>
      <w:r>
        <w:t xml:space="preserve">​If a particular coach </w:t>
      </w:r>
      <w:r w:rsidR="009C7AB5">
        <w:t xml:space="preserve">ejection becomes escalated </w:t>
      </w:r>
      <w:r w:rsidR="0063298B">
        <w:t xml:space="preserve">and the umpires report this, a </w:t>
      </w:r>
      <w:proofErr w:type="gramStart"/>
      <w:r w:rsidR="0063298B">
        <w:t>3 game</w:t>
      </w:r>
      <w:proofErr w:type="gramEnd"/>
      <w:r w:rsidR="0063298B">
        <w:t xml:space="preserve"> suspension will be applied. If you are ejected do not get your </w:t>
      </w:r>
      <w:proofErr w:type="spellStart"/>
      <w:r w:rsidR="0063298B">
        <w:t>moneys</w:t>
      </w:r>
      <w:proofErr w:type="spellEnd"/>
      <w:r w:rsidR="0063298B">
        <w:t xml:space="preserve"> worth, leave the field when ejected and let an assistant take over. The coaches that get their </w:t>
      </w:r>
      <w:proofErr w:type="spellStart"/>
      <w:r w:rsidR="0063298B">
        <w:t>moneys</w:t>
      </w:r>
      <w:proofErr w:type="spellEnd"/>
      <w:r w:rsidR="0063298B">
        <w:t xml:space="preserve"> worth on an ejection will have their ejection escalated to a </w:t>
      </w:r>
      <w:proofErr w:type="gramStart"/>
      <w:r w:rsidR="0063298B">
        <w:t>3 game</w:t>
      </w:r>
      <w:proofErr w:type="gramEnd"/>
      <w:r w:rsidR="0063298B">
        <w:t xml:space="preserve"> suspension.</w:t>
      </w:r>
    </w:p>
    <w:p w14:paraId="3A4DAF35" w14:textId="52A7E2AE" w:rsidR="00040E41" w:rsidRDefault="00040E41">
      <w:pPr>
        <w:spacing w:after="0"/>
      </w:pPr>
    </w:p>
    <w:sectPr w:rsidR="00040E41" w:rsidSect="00034616">
      <w:footerReference w:type="default" r:id="rId15"/>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2AB156" w14:textId="77777777" w:rsidR="00E67A4A" w:rsidRDefault="00E67A4A">
      <w:pPr>
        <w:spacing w:after="0" w:line="240" w:lineRule="auto"/>
      </w:pPr>
      <w:r>
        <w:separator/>
      </w:r>
    </w:p>
  </w:endnote>
  <w:endnote w:type="continuationSeparator" w:id="0">
    <w:p w14:paraId="275E85A5" w14:textId="77777777" w:rsidR="00E67A4A" w:rsidRDefault="00E67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D2B4AD" w14:textId="7C7E79FE" w:rsidR="00040E41" w:rsidRDefault="00000000" w:rsidP="003C2208">
    <w:pPr>
      <w:pStyle w:val="Footer"/>
      <w:jc w:val="center"/>
    </w:pPr>
    <w:r>
      <w:rPr>
        <w:color w:val="666666"/>
        <w:sz w:val="16"/>
      </w:rPr>
      <w:t>Perfect Game Northwest | 202</w:t>
    </w:r>
    <w:r w:rsidR="003C2208">
      <w:rPr>
        <w:color w:val="666666"/>
        <w:sz w:val="16"/>
      </w:rPr>
      <w:t>7</w:t>
    </w:r>
    <w:r>
      <w:rPr>
        <w:color w:val="666666"/>
        <w:sz w:val="16"/>
      </w:rPr>
      <w:t xml:space="preserve"> League Handbook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522324" w14:textId="77777777" w:rsidR="00E67A4A" w:rsidRDefault="00E67A4A">
      <w:pPr>
        <w:spacing w:after="0" w:line="240" w:lineRule="auto"/>
      </w:pPr>
      <w:r>
        <w:separator/>
      </w:r>
    </w:p>
  </w:footnote>
  <w:footnote w:type="continuationSeparator" w:id="0">
    <w:p w14:paraId="54B2A890" w14:textId="77777777" w:rsidR="00E67A4A" w:rsidRDefault="00E67A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80F0B24"/>
    <w:multiLevelType w:val="hybridMultilevel"/>
    <w:tmpl w:val="4524E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E93108"/>
    <w:multiLevelType w:val="hybridMultilevel"/>
    <w:tmpl w:val="75DAB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8D42CC"/>
    <w:multiLevelType w:val="hybridMultilevel"/>
    <w:tmpl w:val="7E2E0E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CF3113"/>
    <w:multiLevelType w:val="hybridMultilevel"/>
    <w:tmpl w:val="D2443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BF3AD2"/>
    <w:multiLevelType w:val="hybridMultilevel"/>
    <w:tmpl w:val="15C0C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7A1236"/>
    <w:multiLevelType w:val="hybridMultilevel"/>
    <w:tmpl w:val="9566F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4129D8"/>
    <w:multiLevelType w:val="hybridMultilevel"/>
    <w:tmpl w:val="1BC6F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3449816">
    <w:abstractNumId w:val="8"/>
  </w:num>
  <w:num w:numId="2" w16cid:durableId="154685642">
    <w:abstractNumId w:val="6"/>
  </w:num>
  <w:num w:numId="3" w16cid:durableId="1800298569">
    <w:abstractNumId w:val="5"/>
  </w:num>
  <w:num w:numId="4" w16cid:durableId="1130245321">
    <w:abstractNumId w:val="4"/>
  </w:num>
  <w:num w:numId="5" w16cid:durableId="1727070221">
    <w:abstractNumId w:val="7"/>
  </w:num>
  <w:num w:numId="6" w16cid:durableId="374231230">
    <w:abstractNumId w:val="3"/>
  </w:num>
  <w:num w:numId="7" w16cid:durableId="1978223493">
    <w:abstractNumId w:val="2"/>
  </w:num>
  <w:num w:numId="8" w16cid:durableId="1226913797">
    <w:abstractNumId w:val="1"/>
  </w:num>
  <w:num w:numId="9" w16cid:durableId="176845301">
    <w:abstractNumId w:val="0"/>
  </w:num>
  <w:num w:numId="10" w16cid:durableId="1372878411">
    <w:abstractNumId w:val="15"/>
  </w:num>
  <w:num w:numId="11" w16cid:durableId="1837643391">
    <w:abstractNumId w:val="14"/>
  </w:num>
  <w:num w:numId="12" w16cid:durableId="2035105513">
    <w:abstractNumId w:val="12"/>
  </w:num>
  <w:num w:numId="13" w16cid:durableId="443382733">
    <w:abstractNumId w:val="11"/>
  </w:num>
  <w:num w:numId="14" w16cid:durableId="1562902601">
    <w:abstractNumId w:val="10"/>
  </w:num>
  <w:num w:numId="15" w16cid:durableId="1055423254">
    <w:abstractNumId w:val="13"/>
  </w:num>
  <w:num w:numId="16" w16cid:durableId="39409075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0E41"/>
    <w:rsid w:val="00052365"/>
    <w:rsid w:val="0006063C"/>
    <w:rsid w:val="00065D8D"/>
    <w:rsid w:val="000F6CB7"/>
    <w:rsid w:val="0015074B"/>
    <w:rsid w:val="00184568"/>
    <w:rsid w:val="00185BFF"/>
    <w:rsid w:val="001A0E67"/>
    <w:rsid w:val="001D76D5"/>
    <w:rsid w:val="0025203D"/>
    <w:rsid w:val="0029639D"/>
    <w:rsid w:val="00326F90"/>
    <w:rsid w:val="003922AF"/>
    <w:rsid w:val="003C2208"/>
    <w:rsid w:val="003E07ED"/>
    <w:rsid w:val="00487735"/>
    <w:rsid w:val="004C10D7"/>
    <w:rsid w:val="004D6AE2"/>
    <w:rsid w:val="00524C06"/>
    <w:rsid w:val="005732E4"/>
    <w:rsid w:val="0063298B"/>
    <w:rsid w:val="006D0701"/>
    <w:rsid w:val="008438C5"/>
    <w:rsid w:val="009C4ECC"/>
    <w:rsid w:val="009C7AB5"/>
    <w:rsid w:val="00A33DBC"/>
    <w:rsid w:val="00A35929"/>
    <w:rsid w:val="00AA1D8D"/>
    <w:rsid w:val="00AC592B"/>
    <w:rsid w:val="00B41890"/>
    <w:rsid w:val="00B47730"/>
    <w:rsid w:val="00BE1DE0"/>
    <w:rsid w:val="00CB0664"/>
    <w:rsid w:val="00DE75D0"/>
    <w:rsid w:val="00E67A4A"/>
    <w:rsid w:val="00E87668"/>
    <w:rsid w:val="00ED4828"/>
    <w:rsid w:val="00EE013B"/>
    <w:rsid w:val="00FC693F"/>
    <w:rsid w:val="00FD6D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DBCC1E"/>
  <w14:defaultImageDpi w14:val="300"/>
  <w15:docId w15:val="{C6D648BA-DE3D-9745-AC35-412347A8A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ptos" w:hAnsi="Aptos"/>
      <w:color w:val="1F1F1F"/>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40" w:line="245" w:lineRule="auto"/>
      <w:ind w:left="317" w:hanging="173"/>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245" w:lineRule="auto"/>
      <w:ind w:left="317" w:hanging="173"/>
      <w:contextualSpacing/>
    </w:pPr>
  </w:style>
  <w:style w:type="paragraph" w:styleId="ListBullet2">
    <w:name w:val="List Bullet 2"/>
    <w:basedOn w:val="Normal"/>
    <w:uiPriority w:val="99"/>
    <w:unhideWhenUsed/>
    <w:rsid w:val="00326F90"/>
    <w:pPr>
      <w:numPr>
        <w:numId w:val="2"/>
      </w:numPr>
      <w:spacing w:after="40" w:line="245" w:lineRule="auto"/>
      <w:ind w:left="605" w:hanging="173"/>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C10D7"/>
    <w:rPr>
      <w:color w:val="0000FF" w:themeColor="hyperlink"/>
      <w:u w:val="single"/>
    </w:rPr>
  </w:style>
  <w:style w:type="character" w:styleId="UnresolvedMention">
    <w:name w:val="Unresolved Mention"/>
    <w:basedOn w:val="DefaultParagraphFont"/>
    <w:uiPriority w:val="99"/>
    <w:semiHidden/>
    <w:unhideWhenUsed/>
    <w:rsid w:val="004C10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ustincraw.PG@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larson@perfectgame.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ustincraw.PG@gmai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jennheay@comcast.net" TargetMode="External"/><Relationship Id="rId4" Type="http://schemas.openxmlformats.org/officeDocument/2006/relationships/settings" Target="settings.xml"/><Relationship Id="rId9" Type="http://schemas.openxmlformats.org/officeDocument/2006/relationships/hyperlink" Target="mailto:Fultonc3@gmail.com" TargetMode="External"/><Relationship Id="rId14" Type="http://schemas.openxmlformats.org/officeDocument/2006/relationships/hyperlink" Target="mailto:llarson@perfectgam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2262</Words>
  <Characters>12899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Perfect Game Northwest League Handbook</dc:title>
  <dc:subject/>
  <dc:creator>python-docx</dc:creator>
  <cp:keywords/>
  <dc:description>generated by python-docx</dc:description>
  <cp:lastModifiedBy>Lee Larson</cp:lastModifiedBy>
  <cp:revision>2</cp:revision>
  <dcterms:created xsi:type="dcterms:W3CDTF">2026-08-27T19:24:00Z</dcterms:created>
  <dcterms:modified xsi:type="dcterms:W3CDTF">2026-08-27T19:24:00Z</dcterms:modified>
  <cp:category/>
</cp:coreProperties>
</file>